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Standart İstifa Dilekçesi Örneği</w:t>
      </w:r>
    </w:p>
    <w:p>
      <w:pPr>
        <w:widowControl/>
        <w:jc w:val="left"/>
      </w:pPr>
      <w:r>
        <w:rPr>
          <w:b/>
          <w:i w:val="0"/>
          <w:u w:val="none"/>
        </w:rPr>
        <w:t>….… A.Ş. / …….. İnsan Kaynakları Müdürlüğü’ne,</w:t>
      </w:r>
    </w:p>
    <w:p>
      <w:pPr>
        <w:widowControl/>
        <w:jc w:val="left"/>
      </w:pPr>
      <w:r>
        <w:rPr>
          <w:b w:val="0"/>
          <w:i w:val="0"/>
          <w:u w:val="none"/>
        </w:rPr>
        <w:t>İşbu dilekçe ile ../../…. tarihi itibariyle başlamış olduğum …… görevinden ../../…. itibariyle ayrılmak istediğimi, istifa ettiğimi bildirmekteyim.</w:t>
      </w:r>
    </w:p>
    <w:p>
      <w:pPr>
        <w:widowControl/>
        <w:jc w:val="left"/>
      </w:pPr>
      <w:r>
        <w:rPr>
          <w:b w:val="0"/>
          <w:i w:val="0"/>
          <w:u w:val="none"/>
        </w:rPr>
        <w:t>Sizlerle çalıştığımız zaman boyunca ekibinizin bir parçası olduğum için teşekkür ederim. Sunmuş olduğunuz fırsatlar için minnettarım. İstifa sürecimde sorumlu olduğum tüm görevleri tamamlamaya ve devretmeye hazırım. İstifamın kabulü ile ilgili gereğinin yapılmasını arz ederim.</w:t>
      </w:r>
    </w:p>
    <w:p>
      <w:pPr>
        <w:widowControl/>
        <w:jc w:val="left"/>
      </w:pPr>
      <w:r>
        <w:rPr>
          <w:b w:val="0"/>
          <w:i w:val="0"/>
          <w:u w:val="none"/>
        </w:rPr>
        <w:t>Saygılarımla, (Tarih)</w:t>
      </w:r>
    </w:p>
    <w:p>
      <w:pPr>
        <w:widowControl/>
        <w:jc w:val="left"/>
      </w:pPr>
      <w:r>
        <w:rPr>
          <w:b/>
          <w:i w:val="0"/>
          <w:u w:val="none"/>
        </w:rPr>
        <w:t>Ad Soyad</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Standart İstifa Dilekçesi Örneği</dc:title>
  <dc:subject>https://kadimhukuk.com.tr/makale/istifa-dilekcesi-ornekleri/</dc:subject>
  <dc:creator>Kadim Hukuk</dc:creator>
  <cp:keywords/>
  <dc:description/>
  <cp:lastModifiedBy/>
  <cp:revision>1</cp:revision>
  <dcterms:created xsi:type="dcterms:W3CDTF">2013-12-23T23:15:00Z</dcterms:created>
  <dcterms:modified xsi:type="dcterms:W3CDTF">2013-12-23T23:15:00Z</dcterms:modified>
  <cp:category/>
</cp:coreProperties>
</file>