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Sözleşmeli Öğretmen İstifa Dilekçesi</w:t>
      </w:r>
    </w:p>
    <w:p>
      <w:pPr>
        <w:widowControl/>
        <w:jc w:val="left"/>
      </w:pPr>
      <w:r>
        <w:rPr>
          <w:b/>
          <w:i w:val="0"/>
          <w:u w:val="none"/>
        </w:rPr>
        <w:t>Sayın … Yetkilinin Adı,</w:t>
      </w:r>
    </w:p>
    <w:p>
      <w:pPr>
        <w:widowControl/>
        <w:jc w:val="left"/>
      </w:pPr>
      <w:r>
        <w:rPr>
          <w:b w:val="0"/>
          <w:i w:val="0"/>
          <w:u w:val="none"/>
        </w:rPr>
        <w:t>…/…/… tarihi itibarıyla, (Okulun Adı)'nda yürütmekte olduğum sözleşmeli öğretmenlik görevimden istifa etmek istediğimi bildiririm. Kişisel nedenlerle bu kararı aldım.</w:t>
      </w:r>
    </w:p>
    <w:p>
      <w:pPr>
        <w:widowControl/>
        <w:jc w:val="left"/>
      </w:pPr>
      <w:r>
        <w:rPr>
          <w:b w:val="0"/>
          <w:i w:val="0"/>
          <w:u w:val="none"/>
        </w:rPr>
        <w:t>Görev yaptığım süre boyunca, öğrencilerle ve meslektaşlarımla çalıştığım için çok memnunum. Tarafıma sağladığınız destek ve eğitime katkıda bulunma fırsatı bulduğum için teşekkür ederim.</w:t>
      </w:r>
    </w:p>
    <w:p>
      <w:pPr>
        <w:widowControl/>
        <w:jc w:val="left"/>
      </w:pPr>
      <w:r>
        <w:rPr>
          <w:b w:val="0"/>
          <w:i w:val="0"/>
          <w:u w:val="none"/>
        </w:rPr>
        <w:t>İstifa sürecimin sorunsuz geçmesi için sorumluluklarımı tamamlamaya ve devretmeye hazırım. Öğrencilerimizin eğitim sürecinin aksamaması için gereken her türlü sorumluluğu alacağım.</w:t>
      </w:r>
    </w:p>
    <w:p>
      <w:pPr>
        <w:widowControl/>
        <w:jc w:val="left"/>
      </w:pPr>
      <w:r>
        <w:rPr>
          <w:b w:val="0"/>
          <w:i w:val="0"/>
          <w:u w:val="none"/>
        </w:rPr>
        <w:t>Anlayışınız ve desteğiniz için teşekkür ederim. İlerde yollarımızın tekrar kesişmesi umuduyla.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Sözleşmeli Öğretmen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