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Sağlık Sebebiyle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(Yetkili Kişinin Adı)/ … A.Ş.</w:t>
      </w:r>
    </w:p>
    <w:p>
      <w:pPr>
        <w:widowControl/>
        <w:jc w:val="left"/>
      </w:pPr>
      <w:r>
        <w:rPr>
          <w:b w:val="0"/>
          <w:i w:val="0"/>
          <w:u w:val="none"/>
        </w:rPr>
        <w:t>…/…/… tarihi itibariyle sağlık sorunlarım nedeniyle (İşyerinin adı)’ndaki …. görevimden sağlık sorunlarım nedeniyle istifa ettiğimi bildirmekteyim.</w:t>
      </w:r>
    </w:p>
    <w:p>
      <w:pPr>
        <w:widowControl/>
        <w:jc w:val="left"/>
      </w:pPr>
      <w:r>
        <w:rPr>
          <w:b w:val="0"/>
          <w:i w:val="0"/>
          <w:u w:val="none"/>
        </w:rPr>
        <w:t>İyi dileklerimle,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Sağlık Sebebiyle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