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Mobbing Nedeniyle İstifa Dilekçesi</w:t>
      </w:r>
    </w:p>
    <w:p>
      <w:pPr>
        <w:widowControl/>
        <w:jc w:val="left"/>
      </w:pPr>
      <w:r>
        <w:rPr>
          <w:b/>
          <w:i w:val="0"/>
          <w:u w:val="none"/>
        </w:rPr>
        <w:t>Sayın (Yetkili Kişinin Adı)/ … A.Ş.</w:t>
      </w:r>
    </w:p>
    <w:p>
      <w:pPr>
        <w:widowControl/>
        <w:jc w:val="left"/>
      </w:pPr>
      <w:r>
        <w:rPr>
          <w:b w:val="0"/>
          <w:i w:val="0"/>
          <w:u w:val="none"/>
        </w:rPr>
        <w:t>Şirketinizde çalışmakta olduğum … görevimden yaşadığım mobbing (psikolojik baskı) nedeniyle istifa etmek zorunda kaldığımı üzülerek bildirmekteyim.</w:t>
      </w:r>
    </w:p>
    <w:p>
      <w:pPr>
        <w:widowControl/>
        <w:jc w:val="left"/>
      </w:pPr>
      <w:r>
        <w:rPr>
          <w:b w:val="0"/>
          <w:i w:val="0"/>
          <w:u w:val="none"/>
        </w:rPr>
        <w:t>Çalışma sürecim boyunca karşılaştığım mobbing olayları, iş yerinde huzurlu ve verimli bir şekilde çalışmamı engellemektedir. Bu olaylar hem fiziksel hem de psikolojik sağlığımı etkilemiştir. Bu hususta yaşadığım sıkıntıları defalarca yetkililere iletmeme rağmen, herhangi bir çözüm sağlanmamıştır.</w:t>
      </w:r>
    </w:p>
    <w:p>
      <w:pPr>
        <w:widowControl/>
        <w:jc w:val="left"/>
      </w:pPr>
      <w:r>
        <w:rPr>
          <w:b w:val="0"/>
          <w:i w:val="0"/>
          <w:u w:val="none"/>
        </w:rPr>
        <w:t>Bu nedenle, …/…/… tarihinden itibaren, şirketinizdeki görevimden istifa ettiğimi bildirir, teşekkür ederim.</w:t>
      </w:r>
    </w:p>
    <w:p>
      <w:pPr>
        <w:widowControl/>
        <w:jc w:val="left"/>
      </w:pPr>
      <w:r>
        <w:rPr>
          <w:b w:val="0"/>
          <w:i w:val="0"/>
          <w:u w:val="none"/>
        </w:rPr>
        <w:t>Saygılarımla, (Tarih)</w:t>
      </w:r>
    </w:p>
    <w:p>
      <w:pPr>
        <w:widowControl/>
        <w:jc w:val="left"/>
      </w:pPr>
      <w:r>
        <w:rPr>
          <w:b/>
          <w:i w:val="0"/>
          <w:u w:val="none"/>
        </w:rPr>
        <w:t>Ad Soyad</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Mobbing Nedeniyle İstifa Dilekçesi</dc:title>
  <dc:subject>https://kadimhukuk.com.tr/makale/istifa-dilekcesi-ornekleri/</dc:subject>
  <dc:creator>Kadim Hukuk</dc:creator>
  <cp:keywords/>
  <dc:description/>
  <cp:lastModifiedBy/>
  <cp:revision>1</cp:revision>
  <dcterms:created xsi:type="dcterms:W3CDTF">2013-12-23T23:15:00Z</dcterms:created>
  <dcterms:modified xsi:type="dcterms:W3CDTF">2013-12-23T23:15:00Z</dcterms:modified>
  <cp:category/>
</cp:coreProperties>
</file>