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Mahsup Talebi Örnek Dilekçe</w:t>
      </w:r>
    </w:p>
    <w:p>
      <w:pPr>
        <w:widowControl/>
        <w:jc w:val="left"/>
      </w:pPr>
      <w:r>
        <w:rPr>
          <w:b/>
          <w:i w:val="0"/>
          <w:u w:val="none"/>
        </w:rPr>
        <w:t>… AĞIR CEZA MAHKEMESİ’NE (Hükmü Veren Mahkeme)</w:t>
      </w:r>
    </w:p>
    <w:p>
      <w:pPr>
        <w:widowControl/>
        <w:jc w:val="left"/>
      </w:pPr>
      <w:r>
        <w:rPr>
          <w:b/>
          <w:i w:val="0"/>
          <w:u w:val="single"/>
        </w:rPr>
        <w:t>DOSYA NO:</w:t>
      </w:r>
      <w:r>
        <w:rPr>
          <w:b/>
          <w:i w:val="0"/>
          <w:u w:val="none"/>
        </w:rPr>
        <w:t xml:space="preserve"> </w:t>
      </w:r>
      <w:r>
        <w:rPr>
          <w:b w:val="0"/>
          <w:i w:val="0"/>
          <w:u w:val="none"/>
        </w:rPr>
        <w:t>…/… E., …/… K.</w:t>
      </w:r>
    </w:p>
    <w:p>
      <w:pPr>
        <w:widowControl/>
        <w:jc w:val="left"/>
      </w:pPr>
      <w:r>
        <w:rPr>
          <w:b/>
          <w:i w:val="0"/>
          <w:u w:val="single"/>
        </w:rPr>
        <w:t>MAHSUP TALEBİNDE</w:t>
      </w:r>
    </w:p>
    <w:p>
      <w:pPr>
        <w:widowControl/>
        <w:jc w:val="left"/>
      </w:pPr>
      <w:r>
        <w:rPr>
          <w:b/>
          <w:i w:val="0"/>
          <w:u w:val="single"/>
        </w:rPr>
        <w:t>BULUNAN SANIK:</w:t>
      </w:r>
      <w:r>
        <w:rPr>
          <w:b w:val="0"/>
          <w:i w:val="0"/>
          <w:u w:val="none"/>
        </w:rPr>
        <w:t xml:space="preserve"> …</w:t>
      </w:r>
    </w:p>
    <w:p>
      <w:pPr>
        <w:widowControl/>
        <w:jc w:val="left"/>
      </w:pPr>
      <w:r>
        <w:rPr>
          <w:b/>
          <w:i w:val="0"/>
          <w:u w:val="single"/>
        </w:rPr>
        <w:t>MÜDAFİ</w:t>
      </w:r>
      <w:r>
        <w:rPr>
          <w:b w:val="0"/>
          <w:i w:val="0"/>
          <w:u w:val="none"/>
        </w:rPr>
        <w:t xml:space="preserve"> Av. Umur YILDIRIM</w:t>
      </w:r>
    </w:p>
    <w:p>
      <w:pPr>
        <w:widowControl/>
        <w:jc w:val="left"/>
      </w:pPr>
      <w:r>
        <w:rPr>
          <w:b/>
          <w:i w:val="0"/>
          <w:u w:val="single"/>
        </w:rPr>
        <w:t>KONU:</w:t>
      </w:r>
      <w:r>
        <w:rPr>
          <w:b w:val="0"/>
          <w:i w:val="0"/>
          <w:u w:val="none"/>
        </w:rPr>
        <w:t xml:space="preserve"> Müvekkilin daha önce geçirmiş olduğu tutukluluk/hürriyeti kısıtlayıcı sürelerin verilen hapis cezasından mahsubuna karar verilmesi talebimizdir.</w:t>
      </w:r>
    </w:p>
    <w:p>
      <w:pPr>
        <w:widowControl/>
        <w:jc w:val="left"/>
      </w:pPr>
      <w:r>
        <w:rPr>
          <w:b/>
          <w:i w:val="0"/>
          <w:u w:val="single"/>
        </w:rPr>
        <w:t>AÇIKLAMALAR:</w:t>
      </w:r>
    </w:p>
    <w:p>
      <w:pPr>
        <w:widowControl/>
        <w:ind w:left="255" w:hanging="255"/>
        <w:jc w:val="left"/>
      </w:pPr>
      <w:r>
        <w:t xml:space="preserve">1. </w:t>
      </w:r>
      <w:r>
        <w:rPr>
          <w:b w:val="0"/>
          <w:i w:val="0"/>
          <w:u w:val="none"/>
        </w:rPr>
        <w:t>Mahkemenizin yukarıda esas ve karar numarası belirtilen dosyası kapsamında müvekkil hakkında … yıl … ay hapis cezasına hükmedilmiştir.</w:t>
      </w:r>
    </w:p>
    <w:p>
      <w:pPr>
        <w:widowControl/>
        <w:ind w:left="255" w:hanging="255"/>
        <w:jc w:val="left"/>
      </w:pPr>
      <w:r>
        <w:t xml:space="preserve">2. </w:t>
      </w:r>
      <w:r>
        <w:rPr>
          <w:b w:val="0"/>
          <w:i w:val="0"/>
          <w:u w:val="none"/>
        </w:rPr>
        <w:t>Müvekkil söz konusu dosya kapsamında yürütülen yargılamada …/…/… - …/…/… tarihleri aralığında toplam … ay … gün süreyle tutuklu olarak özgürlüğünden yoksun bırakılmıştır.</w:t>
      </w:r>
    </w:p>
    <w:p>
      <w:pPr>
        <w:widowControl/>
        <w:ind w:left="255" w:hanging="255"/>
        <w:jc w:val="left"/>
      </w:pPr>
      <w:r>
        <w:t xml:space="preserve">3. </w:t>
      </w:r>
      <w:r>
        <w:rPr>
          <w:b w:val="0"/>
          <w:i w:val="0"/>
          <w:u w:val="none"/>
        </w:rPr>
        <w:t>5275 sayılı Ceza ve Güvenlik Tedbirlerinin İnfazı Hakkında Kanun’un 107. Madde hükmü ve ilgili diğer mevzuat doğrultusunda koşulları oluştuğu takdirde hüküm kesinleşmeden evvel özgürlüğün kısıtlandığı sürelerin hükmolunan cezadan mahsubu mümkündür. Bu husus mahkemenin takdiri kapsamına bırakılmamış olup zorunlu tutulmuştur. Bu bakımdan müvekkilin hürriyetinden yoksun bırakıldığı söz konusu sürenin, müvekkil hakkında hükmedilmiş olan hapis cezasından mahsubu gerekmektedir.</w:t>
      </w:r>
    </w:p>
    <w:p>
      <w:pPr>
        <w:widowControl/>
        <w:ind w:left="255" w:hanging="255"/>
        <w:jc w:val="left"/>
      </w:pPr>
      <w:r>
        <w:t xml:space="preserve">4. </w:t>
      </w:r>
      <w:r>
        <w:rPr>
          <w:b w:val="0"/>
          <w:i w:val="0"/>
          <w:u w:val="none"/>
        </w:rPr>
        <w:t>Yukarıda izah edilen tüm bu nedenlerle müvekkilin … ay … gün tutukluluk süresinin mahkemeniz tarafından hükmolunan sonuç cezadan mahsup edilmesine karar verilmesini talep ederiz.</w:t>
      </w:r>
    </w:p>
    <w:p>
      <w:pPr>
        <w:widowControl/>
        <w:jc w:val="left"/>
      </w:pPr>
      <w:r>
        <w:rPr>
          <w:b/>
          <w:i w:val="0"/>
          <w:u w:val="single"/>
        </w:rPr>
        <w:t>HUKUKİ NEDENLER:</w:t>
      </w:r>
      <w:r>
        <w:rPr>
          <w:b w:val="0"/>
          <w:i w:val="0"/>
          <w:u w:val="none"/>
        </w:rPr>
        <w:t xml:space="preserve"> 5275 sayılı Ceza ve Güvenlik Tedbirlerinin İnfazı Hakkında Kanun, 5237 sayılı Türk Ceza Kanunu, 5271 sayılı Ceza Muhakemeleri Kanunu ve ilgili sair diğer mevzuat.</w:t>
      </w:r>
    </w:p>
    <w:p>
      <w:pPr>
        <w:widowControl/>
        <w:jc w:val="left"/>
      </w:pPr>
      <w:r>
        <w:rPr>
          <w:b/>
          <w:i w:val="0"/>
          <w:u w:val="single"/>
        </w:rPr>
        <w:t>HUKUKİ DELİLLER:</w:t>
      </w:r>
      <w:r>
        <w:rPr>
          <w:b w:val="0"/>
          <w:i w:val="0"/>
          <w:u w:val="none"/>
        </w:rPr>
        <w:t xml:space="preserve"> … Sulh Ceza Hakimliği’nin …/…/… tarihli kararı, Ceza İnfaz Kurumu kayıtları, yazılı ve sözlü her türlü yasal delil.</w:t>
      </w:r>
    </w:p>
    <w:p>
      <w:pPr>
        <w:widowControl/>
        <w:jc w:val="left"/>
      </w:pPr>
      <w:r>
        <w:rPr>
          <w:b/>
          <w:i w:val="0"/>
          <w:u w:val="single"/>
        </w:rPr>
        <w:t>NETİCE ve TALEP:</w:t>
      </w:r>
      <w:r>
        <w:rPr>
          <w:b w:val="0"/>
          <w:i w:val="0"/>
          <w:u w:val="none"/>
        </w:rPr>
        <w:t xml:space="preserve"> Yukarıda izah edilen ve mahkemeniz tarafından re’sen dikkate alınacak nedenlerle; müvekkilin …/…/… - …/…/… tarihleri arasında geçirmiş olduğu toplamda … ay … gün tutukluluk süresinin, mahkemeniz tarafından …/… E., …/… K. Sayılı kararında hükmedilen sonuç cezadan MAHSUBUNA karar verilmesini vekaleten talep ederiz. …/…/…</w:t>
      </w:r>
    </w:p>
    <w:p>
      <w:pPr>
        <w:widowControl/>
        <w:jc w:val="left"/>
      </w:pPr>
      <w:r>
        <w:rPr>
          <w:b/>
          <w:i w:val="0"/>
          <w:u w:val="none"/>
        </w:rPr>
        <w:t>Mahsup Talebinde Bulunan Sanık Müdafi</w:t>
      </w:r>
    </w:p>
    <w:p>
      <w:pPr>
        <w:widowControl/>
        <w:jc w:val="left"/>
      </w:pPr>
      <w:r>
        <w:rPr>
          <w:b/>
          <w:i w:val="0"/>
          <w:u w:val="none"/>
        </w:rPr>
        <w:t>Av. Umur YILDIRIM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Mahsup Talebi Örnek Dilekçe</dc:title>
  <dc:subject>https://kadimhukuk.com.tr/makale/ceza-hukukunda-mahsup/</dc:subject>
  <dc:creator>Kadim Hukuk</dc:creator>
  <cp:keywords/>
  <dc:description/>
  <cp:lastModifiedBy/>
  <cp:revision>1</cp:revision>
  <dcterms:created xsi:type="dcterms:W3CDTF">2013-12-23T23:15:00Z</dcterms:created>
  <dcterms:modified xsi:type="dcterms:W3CDTF">2013-12-23T23:15:00Z</dcterms:modified>
  <cp:category/>
</cp:coreProperties>
</file>