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Kurumlar Arası Geçiş Dilekçesi - Kurumdan Ayrılma</w:t>
      </w:r>
    </w:p>
    <w:p>
      <w:pPr>
        <w:widowControl/>
        <w:jc w:val="left"/>
      </w:pPr>
      <w:r>
        <w:rPr>
          <w:b/>
          <w:i w:val="0"/>
          <w:u w:val="none"/>
        </w:rPr>
        <w:t>… BAKANLIĞINA/GENEL MÜDÜRLÜĞÜNE/BAŞKANLIĞINA/REKTÖRLÜĞÜNE/BELEDİYESİ BAŞKANLIĞINA</w:t>
      </w:r>
    </w:p>
    <w:p>
      <w:pPr>
        <w:widowControl/>
        <w:jc w:val="left"/>
      </w:pPr>
      <w:r>
        <w:rPr>
          <w:b w:val="0"/>
          <w:i w:val="0"/>
          <w:u w:val="none"/>
        </w:rPr>
        <w:t>Ben [</w:t>
      </w:r>
      <w:r>
        <w:rPr>
          <w:b/>
          <w:i w:val="0"/>
          <w:u w:val="none"/>
        </w:rPr>
        <w:t>Adınız Soyadınız</w:t>
      </w:r>
      <w:r>
        <w:rPr>
          <w:b w:val="0"/>
          <w:i w:val="0"/>
          <w:u w:val="none"/>
        </w:rPr>
        <w:t>], [</w:t>
      </w:r>
      <w:r>
        <w:rPr>
          <w:b/>
          <w:i w:val="0"/>
          <w:u w:val="none"/>
        </w:rPr>
        <w:t>Unvanınız</w:t>
      </w:r>
      <w:r>
        <w:rPr>
          <w:b w:val="0"/>
          <w:i w:val="0"/>
          <w:u w:val="none"/>
        </w:rPr>
        <w:t>] olarak çalışmakta olduğum [</w:t>
      </w:r>
      <w:r>
        <w:rPr>
          <w:b/>
          <w:i w:val="0"/>
          <w:u w:val="none"/>
        </w:rPr>
        <w:t>Kurumunuzun Adı</w:t>
      </w:r>
      <w:r>
        <w:rPr>
          <w:b w:val="0"/>
          <w:i w:val="0"/>
          <w:u w:val="none"/>
        </w:rPr>
        <w:t>]’nda görev yapmaktayım. Sizlere bu dilekçe ile, [</w:t>
      </w:r>
      <w:r>
        <w:rPr>
          <w:b/>
          <w:i w:val="0"/>
          <w:u w:val="none"/>
        </w:rPr>
        <w:t>Geçiş Yapacağınız Kurumun Adı</w:t>
      </w:r>
      <w:r>
        <w:rPr>
          <w:b w:val="0"/>
          <w:i w:val="0"/>
          <w:u w:val="none"/>
        </w:rPr>
        <w:t>]’na geçmek istediğimi bildirmek istiyorum.</w:t>
      </w:r>
    </w:p>
    <w:p>
      <w:pPr>
        <w:widowControl/>
        <w:jc w:val="left"/>
      </w:pPr>
      <w:r>
        <w:rPr>
          <w:b w:val="0"/>
          <w:i w:val="0"/>
          <w:u w:val="none"/>
        </w:rPr>
        <w:t>[</w:t>
      </w:r>
      <w:r>
        <w:rPr>
          <w:b/>
          <w:i w:val="0"/>
          <w:u w:val="none"/>
        </w:rPr>
        <w:t>Geçiş Sebebiniz</w:t>
      </w:r>
      <w:r>
        <w:rPr>
          <w:b w:val="0"/>
          <w:i w:val="0"/>
          <w:u w:val="none"/>
        </w:rPr>
        <w:t>] nedeniyle, [</w:t>
      </w:r>
      <w:r>
        <w:rPr>
          <w:b/>
          <w:i w:val="0"/>
          <w:u w:val="none"/>
        </w:rPr>
        <w:t>Geçiş Yapacağınız Kurumun Adı</w:t>
      </w:r>
      <w:r>
        <w:rPr>
          <w:b w:val="0"/>
          <w:i w:val="0"/>
          <w:u w:val="none"/>
        </w:rPr>
        <w:t>]’nda [</w:t>
      </w:r>
      <w:r>
        <w:rPr>
          <w:b/>
          <w:i w:val="0"/>
          <w:u w:val="none"/>
        </w:rPr>
        <w:t>Yeni Unvanınız</w:t>
      </w:r>
      <w:r>
        <w:rPr>
          <w:b w:val="0"/>
          <w:i w:val="0"/>
          <w:u w:val="none"/>
        </w:rPr>
        <w:t>] olarak çalışmak üzere başvuruda bulundum ve kabul edildiğim takdirde, bu kurumda çalışmaya başlamak istiyorum.</w:t>
      </w:r>
    </w:p>
    <w:p>
      <w:pPr>
        <w:widowControl/>
        <w:jc w:val="left"/>
      </w:pPr>
      <w:r>
        <w:rPr>
          <w:b w:val="0"/>
          <w:i w:val="0"/>
          <w:u w:val="none"/>
        </w:rPr>
        <w:t>Bu nedenle, [</w:t>
      </w:r>
      <w:r>
        <w:rPr>
          <w:b/>
          <w:i w:val="0"/>
          <w:u w:val="none"/>
        </w:rPr>
        <w:t>Kurumunuzun Adı</w:t>
      </w:r>
      <w:r>
        <w:rPr>
          <w:b w:val="0"/>
          <w:i w:val="0"/>
          <w:u w:val="none"/>
        </w:rPr>
        <w:t>]’ndan [</w:t>
      </w:r>
      <w:r>
        <w:rPr>
          <w:b/>
          <w:i w:val="0"/>
          <w:u w:val="none"/>
        </w:rPr>
        <w:t>Ayrılma Tarihi</w:t>
      </w:r>
      <w:r>
        <w:rPr>
          <w:b w:val="0"/>
          <w:i w:val="0"/>
          <w:u w:val="none"/>
        </w:rPr>
        <w:t>] tarihinde ayrılmak istiyorum. Görevden ayrılmadan önce yapılması gereken tüm işleri tamamlamaya hazırım. Görevden ayrılma sürecinde, bana göstereceğiniz yardımlar için şimdiden teşekkür ederim.</w:t>
      </w:r>
    </w:p>
    <w:p>
      <w:pPr>
        <w:widowControl/>
        <w:jc w:val="left"/>
      </w:pPr>
      <w:r>
        <w:rPr>
          <w:b/>
          <w:i w:val="0"/>
          <w:u w:val="none"/>
        </w:rPr>
        <w:t>Saygılarımla,</w:t>
      </w:r>
    </w:p>
    <w:p>
      <w:pPr>
        <w:widowControl/>
        <w:jc w:val="left"/>
      </w:pPr>
      <w:r>
        <w:rPr>
          <w:b w:val="0"/>
          <w:i w:val="0"/>
          <w:u w:val="none"/>
        </w:rPr>
        <w:t>[</w:t>
      </w:r>
      <w:r>
        <w:rPr>
          <w:b/>
          <w:i w:val="0"/>
          <w:u w:val="none"/>
        </w:rPr>
        <w:t>Adınız Soyadınız</w:t>
      </w:r>
      <w:r>
        <w:rPr>
          <w:b w:val="0"/>
          <w:i w:val="0"/>
          <w:u w:val="none"/>
        </w:rPr>
        <w:t>]</w:t>
      </w:r>
    </w:p>
    <w:p>
      <w:pPr>
        <w:widowControl/>
        <w:jc w:val="left"/>
      </w:pPr>
      <w:r>
        <w:rPr>
          <w:b w:val="0"/>
          <w:i w:val="0"/>
          <w:u w:val="none"/>
        </w:rPr>
        <w:t>[</w:t>
      </w:r>
      <w:r>
        <w:rPr>
          <w:b/>
          <w:i w:val="0"/>
          <w:u w:val="none"/>
        </w:rPr>
        <w:t>İmzanız</w:t>
      </w:r>
      <w:r>
        <w:rPr>
          <w:b w:val="0"/>
          <w:i w:val="0"/>
          <w:u w:val="none"/>
        </w:rPr>
        <w:t>]</w:t>
      </w:r>
    </w:p>
    <w:p>
      <w:pPr>
        <w:widowControl/>
        <w:jc w:val="left"/>
      </w:pPr>
      <w:r>
        <w:rPr>
          <w:b w:val="0"/>
          <w:i w:val="0"/>
          <w:u w:val="none"/>
        </w:rPr>
        <w:t>[</w:t>
      </w:r>
      <w:r>
        <w:rPr>
          <w:b/>
          <w:i w:val="0"/>
          <w:u w:val="none"/>
        </w:rPr>
        <w:t>Tarih</w:t>
      </w:r>
      <w:r>
        <w:rPr>
          <w:b w:val="0"/>
          <w:i w:val="0"/>
          <w:u w:val="none"/>
        </w:rPr>
        <w:t>]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Kurumlar Arası Geçiş Dilekçesi - Kurumdan Ayrılma</dc:title>
  <dc:subject>https://kadimhukuk.com.tr/makale/kurumlar-arasi-gecis/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