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Kasten Yaralama Suçu Örnek Suç Duyurusu</w:t>
      </w:r>
    </w:p>
    <w:p>
      <w:pPr>
        <w:widowControl/>
        <w:jc w:val="left"/>
      </w:pPr>
      <w:r>
        <w:rPr>
          <w:b/>
          <w:i w:val="0"/>
          <w:u w:val="none"/>
        </w:rPr>
        <w:t>Ankara Cumhuriyet Başsavcılığına</w:t>
      </w:r>
    </w:p>
    <w:p>
      <w:pPr>
        <w:widowControl/>
        <w:jc w:val="left"/>
      </w:pPr>
      <w:r>
        <w:rPr>
          <w:b/>
          <w:i w:val="0"/>
          <w:u w:val="none"/>
        </w:rPr>
        <w:t>Mağdur:</w:t>
      </w:r>
      <w:r>
        <w:rPr>
          <w:b w:val="0"/>
          <w:i w:val="0"/>
          <w:u w:val="none"/>
        </w:rPr>
        <w:t xml:space="preserve"> Adı ve Soyadı (T.C. Kimlik No) - Adresi</w:t>
      </w:r>
    </w:p>
    <w:p>
      <w:pPr>
        <w:widowControl/>
        <w:jc w:val="left"/>
      </w:pPr>
      <w:r>
        <w:rPr>
          <w:b/>
          <w:i w:val="0"/>
          <w:u w:val="none"/>
        </w:rPr>
        <w:t>Vekili</w:t>
      </w:r>
      <w:r>
        <w:rPr>
          <w:b/>
          <w:i w:val="0"/>
          <w:u w:val="none"/>
        </w:rPr>
        <w:t>:</w:t>
      </w:r>
      <w:r>
        <w:rPr>
          <w:b w:val="0"/>
          <w:i w:val="0"/>
          <w:u w:val="none"/>
        </w:rPr>
        <w:t xml:space="preserve"> Av. Umur YILDIRIM</w:t>
      </w:r>
    </w:p>
    <w:p>
      <w:pPr>
        <w:widowControl/>
        <w:jc w:val="left"/>
      </w:pPr>
      <w:r>
        <w:rPr>
          <w:b w:val="0"/>
          <w:i w:val="0"/>
          <w:u w:val="none"/>
        </w:rPr>
        <w:t>Söğütözü Mah. Söğütözü Cad. Koç İkiz Kuleleri B Blok Kat: 4 No: 7, 06530 Çankaya/ ANKARA</w:t>
      </w:r>
    </w:p>
    <w:p>
      <w:pPr>
        <w:widowControl/>
        <w:jc w:val="left"/>
      </w:pPr>
      <w:r>
        <w:rPr>
          <w:b/>
          <w:i w:val="0"/>
          <w:u w:val="none"/>
        </w:rPr>
        <w:t>Şüpheli :</w:t>
      </w:r>
      <w:r>
        <w:rPr>
          <w:b w:val="0"/>
          <w:i w:val="0"/>
          <w:u w:val="none"/>
        </w:rPr>
        <w:t xml:space="preserve"> Adı ve Soyadı (T.C. Kimlik No) - Adresi</w:t>
      </w:r>
    </w:p>
    <w:p>
      <w:pPr>
        <w:widowControl/>
        <w:jc w:val="left"/>
      </w:pPr>
      <w:r>
        <w:rPr>
          <w:b/>
          <w:i w:val="0"/>
          <w:u w:val="none"/>
        </w:rPr>
        <w:t>Suç:</w:t>
      </w:r>
      <w:r>
        <w:rPr>
          <w:b w:val="0"/>
          <w:i w:val="0"/>
          <w:u w:val="none"/>
        </w:rPr>
        <w:t xml:space="preserve"> Kasten yaralama (TCK md. 86)</w:t>
      </w:r>
    </w:p>
    <w:p>
      <w:pPr>
        <w:widowControl/>
        <w:jc w:val="left"/>
      </w:pPr>
      <w:r>
        <w:rPr>
          <w:b/>
          <w:i w:val="0"/>
          <w:u w:val="none"/>
        </w:rPr>
        <w:t>Suç Tarihi:</w:t>
      </w:r>
      <w:r>
        <w:rPr>
          <w:b w:val="0"/>
          <w:i w:val="0"/>
          <w:u w:val="none"/>
        </w:rPr>
        <w:t xml:space="preserve"> …/…/….</w:t>
      </w:r>
    </w:p>
    <w:p>
      <w:pPr>
        <w:widowControl/>
        <w:jc w:val="left"/>
      </w:pPr>
      <w:r>
        <w:rPr>
          <w:b/>
          <w:i w:val="0"/>
          <w:u w:val="none"/>
        </w:rPr>
        <w:t xml:space="preserve">Konu: </w:t>
      </w:r>
      <w:r>
        <w:rPr>
          <w:b w:val="0"/>
          <w:i w:val="0"/>
          <w:u w:val="none"/>
        </w:rPr>
        <w:t>Şüpheli şahıs hakkında işlemiş olduğu kasten yaralama suçu nedeniyle soruşturma başlatılması ve soruşturma neticesinde şahıs hakkında kamu davası açılması taleplerimizi havidir.</w:t>
      </w:r>
    </w:p>
    <w:p>
      <w:pPr>
        <w:keepNext/>
        <w:widowControl/>
        <w:jc w:val="left"/>
      </w:pPr>
      <w:r>
        <w:rPr>
          <w:b/>
          <w:i w:val="0"/>
          <w:u w:val="none"/>
        </w:rPr>
        <w:t>Açıklamalar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(Örneğin Ankara ili XXX ilçesi XXX köyü yakınlarında bulunan XXX mevkiinde tarafıma A isimli şahıs tarafından saldırıda bulunulmuş; suratıma yumruk atılmak ve tekmelenmek suretiyle kasten yaralama suçu işlenmiştir. İşbu hukuka aykırı fiiller nedeniyle vücut dokunulmazlığı hakkım ihlal edilmiştir. Somut olay kapsamında tarafıma Türk Ceza Kanunu’nun 86. Maddesi kapsamında düzenlenen Kasten Yaralama suçu gerçekleştirilmiştir.)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ve ilgili diğer tüm mevzuat.</w:t>
      </w:r>
    </w:p>
    <w:p>
      <w:pPr>
        <w:widowControl/>
        <w:jc w:val="left"/>
      </w:pPr>
      <w:r>
        <w:rPr>
          <w:b/>
          <w:i w:val="0"/>
          <w:u w:val="none"/>
        </w:rPr>
        <w:t>Hukuki Deliller:</w:t>
      </w:r>
      <w:r>
        <w:rPr>
          <w:b w:val="0"/>
          <w:i w:val="0"/>
          <w:u w:val="none"/>
        </w:rPr>
        <w:t xml:space="preserve"> Tanık, suça konu olayın video görüntüleri ve ilgili her türlü delil.</w:t>
      </w:r>
    </w:p>
    <w:p>
      <w:pPr>
        <w:widowControl/>
        <w:jc w:val="left"/>
      </w:pPr>
      <w:r>
        <w:rPr>
          <w:b/>
          <w:i w:val="0"/>
          <w:u w:val="none"/>
        </w:rPr>
        <w:t>Sonuç ve İstem:</w:t>
      </w:r>
      <w:r>
        <w:rPr>
          <w:b w:val="0"/>
          <w:i w:val="0"/>
          <w:u w:val="none"/>
        </w:rPr>
        <w:t xml:space="preserve"> Yukarıda açıklanan nedenlerle, şüpheli hakkında soruşturma başlatılmasını, soruşturma sonucunda kamu davası açılması yönünde karar verilmesini saygılarımızla vekaleten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Kasten Yaralama Suçu Örnek Suç Duyurusu</dc:title>
  <dc:subject>https://kadimhukuk.com.tr/makale/kasten-yaralama-sucu-cezasi/</dc:subject>
  <dc:creator>Kadim Hukuk</dc:creator>
  <cp:keywords/>
  <dc:description/>
  <cp:lastModifiedBy/>
  <cp:revision>1</cp:revision>
  <dcterms:created xsi:type="dcterms:W3CDTF">2013-12-23T23:15:00Z</dcterms:created>
  <dcterms:modified xsi:type="dcterms:W3CDTF">2013-12-23T23:15:00Z</dcterms:modified>
  <cp:category/>
</cp:coreProperties>
</file>