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İnfazın Ertelenmesi Dilekçe Örneği</w:t>
      </w:r>
    </w:p>
    <w:p>
      <w:pPr>
        <w:widowControl/>
        <w:jc w:val="left"/>
      </w:pPr>
      <w:r>
        <w:rPr>
          <w:b/>
          <w:i w:val="0"/>
          <w:u w:val="none"/>
        </w:rPr>
        <w:t>…Cumhuriyet Başsavcılığına</w:t>
      </w:r>
    </w:p>
    <w:p>
      <w:pPr>
        <w:widowControl/>
        <w:jc w:val="left"/>
      </w:pPr>
      <w:r>
        <w:rPr>
          <w:b/>
          <w:i w:val="0"/>
          <w:u w:val="none"/>
        </w:rPr>
        <w:t>İnfazın Ertelenmesi</w:t>
      </w:r>
    </w:p>
    <w:p>
      <w:pPr>
        <w:widowControl/>
        <w:jc w:val="left"/>
      </w:pPr>
      <w:r>
        <w:rPr>
          <w:b/>
          <w:i w:val="0"/>
          <w:u w:val="none"/>
        </w:rPr>
        <w:t>Talep Eden Sanık:</w:t>
      </w:r>
    </w:p>
    <w:p>
      <w:pPr>
        <w:widowControl/>
        <w:jc w:val="left"/>
      </w:pPr>
      <w:r>
        <w:rPr>
          <w:b/>
          <w:i w:val="0"/>
          <w:u w:val="none"/>
        </w:rPr>
        <w:t xml:space="preserve">Müdafii: </w:t>
      </w:r>
      <w:r>
        <w:rPr>
          <w:b w:val="0"/>
          <w:i w:val="0"/>
          <w:u w:val="none"/>
        </w:rPr>
        <w:t>Av. Umur Yıldırım</w:t>
      </w:r>
    </w:p>
    <w:p>
      <w:pPr>
        <w:widowControl/>
        <w:jc w:val="left"/>
      </w:pPr>
      <w:r>
        <w:rPr>
          <w:b/>
          <w:i w:val="0"/>
          <w:u w:val="none"/>
        </w:rPr>
        <w:t>Suç:</w:t>
      </w:r>
    </w:p>
    <w:p>
      <w:pPr>
        <w:widowControl/>
        <w:jc w:val="left"/>
      </w:pPr>
      <w:r>
        <w:rPr>
          <w:b/>
          <w:i w:val="0"/>
          <w:u w:val="none"/>
        </w:rPr>
        <w:t xml:space="preserve">Konu: </w:t>
      </w:r>
      <w:r>
        <w:rPr>
          <w:b w:val="0"/>
          <w:i w:val="0"/>
          <w:u w:val="none"/>
        </w:rPr>
        <w:t>Ceza infazının ertelenmesi istemimize ilişkindir.</w:t>
      </w:r>
    </w:p>
    <w:p>
      <w:pPr>
        <w:keepNext/>
        <w:widowControl/>
        <w:jc w:val="left"/>
      </w:pPr>
      <w:r>
        <w:rPr>
          <w:b/>
          <w:i w:val="0"/>
          <w:u w:val="none"/>
        </w:rPr>
        <w:t>Açıklamalar</w:t>
      </w:r>
    </w:p>
    <w:p>
      <w:pPr>
        <w:widowControl/>
        <w:ind w:left="255" w:hanging="255"/>
        <w:jc w:val="left"/>
      </w:pPr>
      <w:r>
        <w:t xml:space="preserve">1. </w:t>
      </w:r>
      <w:r>
        <w:rPr>
          <w:b w:val="0"/>
          <w:i w:val="0"/>
          <w:u w:val="none"/>
        </w:rPr>
        <w:t xml:space="preserve">Müvekkilimiz … … hakkında … suçuna ilişkin olarak … Ceza Mahkemesi’nin …/…/… tarih …/… E.   …/… K. sayılı kararı ile…. ay …. gün hapis cezasına hükmedilmiştir. </w:t>
      </w:r>
      <w:r>
        <w:rPr>
          <w:b/>
          <w:i w:val="0"/>
          <w:u w:val="none"/>
        </w:rPr>
        <w:t>(EK-1)</w:t>
      </w:r>
    </w:p>
    <w:p>
      <w:pPr>
        <w:widowControl/>
        <w:ind w:left="255" w:hanging="255"/>
        <w:jc w:val="left"/>
      </w:pPr>
      <w:r>
        <w:t xml:space="preserve">2. </w:t>
      </w:r>
      <w:r>
        <w:rPr>
          <w:b w:val="0"/>
          <w:i w:val="0"/>
          <w:u w:val="none"/>
        </w:rPr>
        <w:t xml:space="preserve">Temyiz ve karar düzeltme safhalarında da onanan karar, …/…/… tarihinde kesinleşmiştir. </w:t>
      </w:r>
      <w:r>
        <w:rPr>
          <w:b/>
          <w:i w:val="0"/>
          <w:u w:val="none"/>
        </w:rPr>
        <w:t>(EK-2)</w:t>
      </w:r>
      <w:r>
        <w:rPr>
          <w:b w:val="0"/>
          <w:i w:val="0"/>
          <w:u w:val="none"/>
        </w:rPr>
        <w:t xml:space="preserve"> Bu nedenle, müvekkilimizin cezası infaz safhasına gelmiştir.</w:t>
      </w:r>
    </w:p>
    <w:p>
      <w:pPr>
        <w:widowControl/>
        <w:ind w:left="255" w:hanging="255"/>
        <w:jc w:val="left"/>
      </w:pPr>
      <w:r>
        <w:t xml:space="preserve">3. </w:t>
      </w:r>
      <w:r>
        <w:rPr>
          <w:b w:val="0"/>
          <w:i w:val="0"/>
          <w:u w:val="none"/>
        </w:rPr>
        <w:t>Müvekkilimiz … …, hayatını iademe ettiremeyecek düzeyde hastadır. Aynı şekilde hasta olduğunu gösteren raporlar mevcuttur. Bu doğrultuda ceza evinde kalması hayatta kalmasını tamamen ortadan kaldıracaktır.</w:t>
      </w:r>
    </w:p>
    <w:p>
      <w:pPr>
        <w:widowControl/>
        <w:ind w:left="255" w:hanging="255"/>
        <w:jc w:val="left"/>
      </w:pPr>
      <w:r>
        <w:t xml:space="preserve">4. </w:t>
      </w:r>
      <w:r>
        <w:rPr>
          <w:b w:val="0"/>
          <w:i w:val="0"/>
          <w:u w:val="none"/>
        </w:rPr>
        <w:t>Müvekkilimizin ileriki yaşamını doğrudan etkileyecek hastalığı sebebiyle, müvekkilimiz hakkında verilen cezanın infazının bitirme sınavlarından sonraya bırakılması için tarafınıza başvurma zorunluluğu doğmuştur.</w:t>
      </w:r>
    </w:p>
    <w:p>
      <w:pPr>
        <w:widowControl/>
        <w:jc w:val="left"/>
      </w:pPr>
      <w:r>
        <w:rPr>
          <w:b/>
          <w:i w:val="0"/>
          <w:u w:val="none"/>
        </w:rPr>
        <w:t xml:space="preserve">Hukuki Nedenler: </w:t>
      </w:r>
      <w:r>
        <w:rPr>
          <w:b w:val="0"/>
          <w:i w:val="0"/>
          <w:u w:val="none"/>
        </w:rPr>
        <w:t>5275 S. K. m. 4, 5, 17.</w:t>
      </w:r>
    </w:p>
    <w:p>
      <w:pPr>
        <w:widowControl/>
        <w:jc w:val="left"/>
      </w:pPr>
      <w:r>
        <w:rPr>
          <w:b/>
          <w:i w:val="0"/>
          <w:u w:val="none"/>
        </w:rPr>
        <w:t xml:space="preserve">İstem ve Sonuç: </w:t>
      </w:r>
      <w:r>
        <w:rPr>
          <w:b w:val="0"/>
          <w:i w:val="0"/>
          <w:u w:val="none"/>
        </w:rPr>
        <w:t>Yukarıda açıklanan nedenlerle ceza infazının ertelenmesine karar verilmesini saygıyla arz ve talep ederiz. …/…/…</w:t>
      </w:r>
    </w:p>
    <w:p>
      <w:pPr>
        <w:widowControl/>
        <w:jc w:val="left"/>
      </w:pPr>
      <w:r>
        <w:rPr>
          <w:b/>
          <w:i w:val="0"/>
          <w:u w:val="none"/>
        </w:rPr>
        <w:t>Sanık Müdafii</w:t>
      </w:r>
    </w:p>
    <w:p>
      <w:pPr>
        <w:widowControl/>
        <w:jc w:val="left"/>
      </w:pPr>
      <w:r>
        <w:rPr>
          <w:b/>
          <w:i w:val="0"/>
          <w:u w:val="none"/>
        </w:rPr>
        <w:t>Av. Umur Yıldırım</w:t>
      </w:r>
    </w:p>
    <w:p>
      <w:pPr>
        <w:keepNext/>
        <w:widowControl/>
        <w:jc w:val="left"/>
      </w:pPr>
      <w:r>
        <w:rPr>
          <w:b/>
          <w:i w:val="0"/>
          <w:u w:val="none"/>
        </w:rPr>
        <w:t>Ekler:</w:t>
      </w:r>
    </w:p>
    <w:p>
      <w:pPr>
        <w:widowControl/>
        <w:ind w:left="255" w:hanging="255"/>
        <w:jc w:val="left"/>
      </w:pPr>
      <w:r>
        <w:t xml:space="preserve">1. </w:t>
      </w:r>
      <w:r>
        <w:rPr>
          <w:b w:val="0"/>
          <w:i w:val="0"/>
          <w:u w:val="none"/>
        </w:rPr>
        <w:t>Müvekkilimiz hakkında verilen …Ceza Mahkemesi’nin …/…/… tarih …/… E.   …/… K. sayılı kararı</w:t>
      </w:r>
    </w:p>
    <w:p>
      <w:pPr>
        <w:widowControl/>
        <w:ind w:left="255" w:hanging="255"/>
        <w:jc w:val="left"/>
      </w:pPr>
      <w:r>
        <w:t xml:space="preserve">2. </w:t>
      </w:r>
      <w:r>
        <w:rPr>
          <w:b w:val="0"/>
          <w:i w:val="0"/>
          <w:u w:val="none"/>
        </w:rPr>
        <w:t>Yargıtay … Dairesi’nce verilen ../../.. tarihli …/… E. ../.. K. sayılı ilam.</w:t>
      </w:r>
    </w:p>
    <w:p>
      <w:pPr>
        <w:widowControl/>
        <w:ind w:left="255" w:hanging="255"/>
        <w:jc w:val="left"/>
      </w:pPr>
      <w:r>
        <w:t xml:space="preserve">3. </w:t>
      </w:r>
      <w:r>
        <w:rPr>
          <w:b w:val="0"/>
          <w:i w:val="0"/>
          <w:u w:val="none"/>
        </w:rPr>
        <w:t>Hastalık raporu</w:t>
      </w:r>
    </w:p>
    <w:p>
      <w:pPr>
        <w:widowControl/>
        <w:ind w:left="255" w:hanging="255"/>
        <w:jc w:val="left"/>
      </w:pPr>
      <w:r>
        <w:t xml:space="preserve">4. </w:t>
      </w:r>
      <w:r>
        <w:rPr>
          <w:b w:val="0"/>
          <w:i w:val="0"/>
          <w:u w:val="none"/>
        </w:rPr>
        <w:t>Bir adet onaylı vekaletname örneği.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İnfazın Ertelenmesi Dilekçe Örneği</dc:title>
  <dc:subject>https://kadimhukuk.com.tr/makale/infazin-ertelenmesi/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