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Hukuk Mahkemesi Avukat Mazeret Dilekçesi Örneği</w:t>
      </w:r>
    </w:p>
    <w:p>
      <w:pPr>
        <w:widowControl/>
        <w:jc w:val="left"/>
      </w:pPr>
      <w:r>
        <w:rPr>
          <w:b/>
          <w:i w:val="0"/>
          <w:u w:val="none"/>
        </w:rPr>
        <w:t>Ankara (..) Aile Mahkemesine</w:t>
      </w:r>
    </w:p>
    <w:p>
      <w:pPr>
        <w:widowControl/>
        <w:jc w:val="left"/>
      </w:pPr>
      <w:r>
        <w:rPr>
          <w:b/>
          <w:i w:val="0"/>
          <w:u w:val="single"/>
        </w:rPr>
        <w:t>Dosya No:</w:t>
      </w:r>
      <w:r>
        <w:rPr>
          <w:b/>
          <w:i w:val="0"/>
          <w:u w:val="none"/>
        </w:rPr>
        <w:t xml:space="preserve"> 2025/xx Esas</w:t>
      </w:r>
    </w:p>
    <w:p>
      <w:pPr>
        <w:widowControl/>
        <w:jc w:val="left"/>
      </w:pPr>
      <w:r>
        <w:rPr>
          <w:b/>
          <w:i w:val="0"/>
          <w:u w:val="single"/>
        </w:rPr>
        <w:t>Davacı/Davalı:</w:t>
      </w:r>
      <w:r>
        <w:rPr>
          <w:b w:val="0"/>
          <w:i w:val="0"/>
          <w:u w:val="none"/>
        </w:rPr>
        <w:t xml:space="preserve"> Adı ve Soyadı (T.C. Kimlik No) - Adres</w:t>
      </w:r>
    </w:p>
    <w:p>
      <w:pPr>
        <w:widowControl/>
        <w:jc w:val="left"/>
      </w:pPr>
      <w:r>
        <w:rPr>
          <w:b/>
          <w:i w:val="0"/>
          <w:u w:val="single"/>
        </w:rPr>
        <w:t>Vekili:</w:t>
      </w:r>
      <w:r>
        <w:rPr>
          <w:b w:val="0"/>
          <w:i w:val="0"/>
          <w:u w:val="none"/>
        </w:rPr>
        <w:t xml:space="preserve"> Av. Umur YILDIRIM</w:t>
      </w:r>
    </w:p>
    <w:p>
      <w:pPr>
        <w:widowControl/>
        <w:jc w:val="left"/>
      </w:pPr>
      <w:r>
        <w:rPr>
          <w:b w:val="0"/>
          <w:i w:val="0"/>
          <w:u w:val="none"/>
        </w:rPr>
        <w:t>Söğütözü Mah. Söğütözü Cad. Koç İkiz Kuleleri B Blok Kat: 4 No: 7, 06530 Çankaya/ANKARA</w:t>
      </w:r>
    </w:p>
    <w:p>
      <w:pPr>
        <w:widowControl/>
        <w:jc w:val="left"/>
      </w:pPr>
      <w:r>
        <w:rPr>
          <w:b/>
          <w:i w:val="0"/>
          <w:u w:val="single"/>
        </w:rPr>
        <w:t>Konu:</w:t>
      </w:r>
      <w:r>
        <w:rPr>
          <w:b w:val="0"/>
          <w:i w:val="0"/>
          <w:u w:val="none"/>
        </w:rPr>
        <w:t xml:space="preserve"> Mesleki mazeretimizin sunulmasından ibarettir.</w:t>
      </w:r>
    </w:p>
    <w:p>
      <w:pPr>
        <w:keepNext/>
        <w:widowControl/>
        <w:jc w:val="left"/>
      </w:pPr>
      <w:r>
        <w:rPr>
          <w:b/>
          <w:i w:val="0"/>
          <w:u w:val="none"/>
        </w:rPr>
        <w:t>Açıklamalar</w:t>
      </w:r>
    </w:p>
    <w:p>
      <w:pPr>
        <w:widowControl/>
        <w:jc w:val="left"/>
      </w:pPr>
      <w:r>
        <w:rPr>
          <w:b w:val="0"/>
          <w:i w:val="0"/>
          <w:u w:val="none"/>
        </w:rPr>
        <w:t>Mahkemeniz yukarıda esas numarası yazılı dosyasının …/…/2026 tarihli 14:15 saatli duruşmasına, Ankara (..) Asliye Ceza Mahkemesinin 2026/… Esas sayılı dosyasının 14:00 saatli duruşmasına katılacak olmamız nedeniyle katılamamaktayız. Ankara (..) Asliye Ceza Mahkemesinin duruşma günü ve saatini gösterir tutanağı dilekçemizin ekinde sunmaktayız. Mesleki mazeretimizin kabulünü mahkemenizden talep eder, duruşma gününün UYAP sistemi üzerinden öğrenmemize karar verilmesini mahkemenizden saygılarımızla arz ve talep ederiz. …/…/2026</w:t>
      </w:r>
    </w:p>
    <w:p>
      <w:pPr>
        <w:widowControl/>
        <w:jc w:val="left"/>
      </w:pPr>
      <w:r>
        <w:rPr>
          <w:b/>
          <w:i w:val="0"/>
          <w:u w:val="none"/>
        </w:rPr>
        <w:t>Davacı Vekili</w:t>
      </w:r>
    </w:p>
    <w:p>
      <w:pPr>
        <w:widowControl/>
        <w:jc w:val="left"/>
      </w:pPr>
      <w:r>
        <w:rPr>
          <w:b/>
          <w:i w:val="0"/>
          <w:u w:val="none"/>
        </w:rPr>
        <w:t>Av. Umur YILDIRIM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Hukuk Mahkemesi Avukat Mazeret Dilekçesi Örneği</dc:title>
  <dc:subject>https://kadimhukuk.com.tr/makale/avukat-mazeret-dilekcesi-ornegi/</dc:subject>
  <dc:creator>Kadim Hukuk</dc:creator>
  <cp:keywords/>
  <dc:description/>
  <cp:lastModifiedBy/>
  <cp:revision>1</cp:revision>
  <dcterms:created xsi:type="dcterms:W3CDTF">2013-12-23T23:15:00Z</dcterms:created>
  <dcterms:modified xsi:type="dcterms:W3CDTF">2013-12-23T23:15:00Z</dcterms:modified>
  <cp:category/>
</cp:coreProperties>
</file>