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HTS Kaydı Talep Dilekçesi</w:t>
      </w:r>
    </w:p>
    <w:p>
      <w:pPr>
        <w:widowControl/>
        <w:jc w:val="left"/>
      </w:pPr>
      <w:r>
        <w:rPr>
          <w:b/>
          <w:i w:val="0"/>
          <w:u w:val="none"/>
        </w:rPr>
        <w:t>İSTANBUL ...... CEZA MAHKEMESİNE</w:t>
      </w:r>
    </w:p>
    <w:p>
      <w:pPr>
        <w:widowControl/>
        <w:jc w:val="left"/>
      </w:pPr>
      <w:r>
        <w:rPr>
          <w:b/>
          <w:i w:val="0"/>
          <w:u w:val="none"/>
        </w:rPr>
        <w:t>Dosya No:</w:t>
      </w:r>
      <w:r>
        <w:rPr>
          <w:b w:val="0"/>
          <w:i w:val="0"/>
          <w:u w:val="none"/>
        </w:rPr>
        <w:t xml:space="preserve"> 2026/... E.</w:t>
      </w:r>
    </w:p>
    <w:p>
      <w:pPr>
        <w:widowControl/>
        <w:jc w:val="left"/>
      </w:pPr>
      <w:r>
        <w:rPr>
          <w:b/>
          <w:i w:val="0"/>
          <w:u w:val="none"/>
        </w:rPr>
        <w:t>Şüpheli:</w:t>
      </w:r>
      <w:r>
        <w:rPr>
          <w:b w:val="0"/>
          <w:i w:val="0"/>
          <w:u w:val="none"/>
        </w:rPr>
        <w:t xml:space="preserve"> İSİM SOYİSİM</w:t>
      </w:r>
    </w:p>
    <w:p>
      <w:pPr>
        <w:widowControl/>
        <w:jc w:val="left"/>
      </w:pPr>
      <w:r>
        <w:rPr>
          <w:b/>
          <w:i w:val="0"/>
          <w:u w:val="none"/>
        </w:rPr>
        <w:t>Müdafii:</w:t>
      </w:r>
      <w:r>
        <w:rPr>
          <w:b w:val="0"/>
          <w:i w:val="0"/>
          <w:u w:val="none"/>
        </w:rPr>
        <w:t xml:space="preserve"> Av..................</w:t>
      </w:r>
    </w:p>
    <w:p>
      <w:pPr>
        <w:widowControl/>
        <w:jc w:val="left"/>
      </w:pPr>
      <w:r>
        <w:rPr>
          <w:b/>
          <w:i w:val="0"/>
          <w:u w:val="none"/>
        </w:rPr>
        <w:t>Katılan:</w:t>
      </w:r>
      <w:r>
        <w:rPr>
          <w:b w:val="0"/>
          <w:i w:val="0"/>
          <w:u w:val="none"/>
        </w:rPr>
        <w:t xml:space="preserve"> İSİM SOYİSİM</w:t>
      </w:r>
    </w:p>
    <w:p>
      <w:pPr>
        <w:widowControl/>
        <w:jc w:val="left"/>
      </w:pPr>
      <w:r>
        <w:rPr>
          <w:b/>
          <w:i w:val="0"/>
          <w:u w:val="none"/>
        </w:rPr>
        <w:t>Vekili:</w:t>
      </w:r>
      <w:r>
        <w:rPr>
          <w:b w:val="0"/>
          <w:i w:val="0"/>
          <w:u w:val="none"/>
        </w:rPr>
        <w:t xml:space="preserve"> Av..................</w:t>
      </w:r>
    </w:p>
    <w:p>
      <w:pPr>
        <w:widowControl/>
        <w:jc w:val="left"/>
      </w:pPr>
      <w:r>
        <w:rPr>
          <w:b/>
          <w:i w:val="0"/>
          <w:u w:val="none"/>
        </w:rPr>
        <w:t>Konu:</w:t>
      </w:r>
      <w:r>
        <w:rPr>
          <w:b w:val="0"/>
          <w:i w:val="0"/>
          <w:u w:val="none"/>
        </w:rPr>
        <w:t xml:space="preserve"> HTS kayıtlarının celbi talebimizden ibarettir.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</w:t>
      </w:r>
    </w:p>
    <w:p>
      <w:pPr>
        <w:widowControl/>
        <w:jc w:val="left"/>
      </w:pPr>
      <w:r>
        <w:rPr>
          <w:b w:val="0"/>
          <w:i w:val="0"/>
          <w:u w:val="none"/>
        </w:rPr>
        <w:t>Huzurdaki dosyada maddi gerçeğin ortaya çıkarılması için HTS kayıtlarının dosyaya kazandırılması elzemdir. Dosyada mübrez fotoğraf ve mesaj kayıtları, tanık beyanlarının doğruluğunun ispatı açısından şüpheli ile katılanın aralarındaki konuşmaların tespiti gerekmektedir.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Davalı şüphelinin telefon numarası: 0 553 .... .. ..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HTS kayıtları başlangıç ve bitiş tarihleri: 03/11/2025 - 31/11/2025</w:t>
      </w:r>
    </w:p>
    <w:p>
      <w:pPr>
        <w:widowControl/>
        <w:jc w:val="left"/>
      </w:pPr>
      <w:r>
        <w:rPr>
          <w:b w:val="0"/>
          <w:i w:val="0"/>
          <w:u w:val="none"/>
        </w:rPr>
        <w:t>İşbu doğrultuda 03/11/2025 -31/11/2025 tarihleri arasında 0 553 ................. ile 0 544 ..................numaraları arasındaki arama ve mesaj kayıtlarının tespiti amacıyla ilgili kurumlardan HTS kayıtlarının celbini talep ederiz. 06/08/2026</w:t>
      </w:r>
    </w:p>
    <w:p>
      <w:pPr>
        <w:widowControl/>
        <w:jc w:val="left"/>
      </w:pPr>
      <w:r>
        <w:rPr>
          <w:b/>
          <w:i w:val="0"/>
          <w:u w:val="none"/>
        </w:rPr>
        <w:t>Katılan Vekili</w:t>
      </w:r>
    </w:p>
    <w:p>
      <w:pPr>
        <w:widowControl/>
        <w:jc w:val="left"/>
      </w:pPr>
      <w:r>
        <w:rPr>
          <w:b/>
          <w:i w:val="0"/>
          <w:u w:val="none"/>
        </w:rPr>
        <w:t>Av. .........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HTS Kaydı Talep Dilekçesi</dc:title>
  <dc:subject>https://kadimhukuk.com.tr/makale/hts-kaydi/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