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Hırsızlık Şikayet Dilekçesi Örneği</w:t>
      </w:r>
    </w:p>
    <w:p>
      <w:pPr>
        <w:widowControl/>
        <w:jc w:val="left"/>
      </w:pPr>
      <w:r>
        <w:rPr>
          <w:b/>
          <w:i w:val="0"/>
          <w:u w:val="none"/>
        </w:rPr>
        <w:t xml:space="preserve">... Cumhuriyet Başsavcılığı’na </w:t>
      </w:r>
      <w:r>
        <w:rPr>
          <w:b w:val="0"/>
          <w:i w:val="0"/>
          <w:u w:val="none"/>
        </w:rPr>
        <w:t>(Yetkili Savcılık Makamı)</w:t>
      </w:r>
    </w:p>
    <w:p>
      <w:pPr>
        <w:widowControl/>
        <w:jc w:val="left"/>
      </w:pPr>
      <w:r>
        <w:rPr>
          <w:b/>
          <w:i w:val="0"/>
          <w:u w:val="none"/>
        </w:rPr>
        <w:t>Müşteki:  (</w:t>
      </w:r>
      <w:r>
        <w:rPr>
          <w:b w:val="0"/>
          <w:i w:val="0"/>
          <w:u w:val="none"/>
        </w:rPr>
        <w:t>Adı -  Soyadı /TC kimlik numarası) (Adresi)</w:t>
      </w:r>
    </w:p>
    <w:p>
      <w:pPr>
        <w:widowControl/>
        <w:jc w:val="left"/>
      </w:pPr>
      <w:r>
        <w:rPr>
          <w:b/>
          <w:i w:val="0"/>
          <w:u w:val="none"/>
        </w:rPr>
        <w:t>Vekili: Av. Umur YILDIRIM</w:t>
      </w:r>
    </w:p>
    <w:p>
      <w:pPr>
        <w:widowControl/>
        <w:jc w:val="left"/>
      </w:pPr>
      <w:r>
        <w:rPr>
          <w:b/>
          <w:i w:val="0"/>
          <w:u w:val="none"/>
        </w:rPr>
        <w:t xml:space="preserve">Şüpheli: </w:t>
      </w:r>
      <w:r>
        <w:rPr>
          <w:b w:val="0"/>
          <w:i w:val="0"/>
          <w:u w:val="none"/>
        </w:rPr>
        <w:t xml:space="preserve"> Faili Meçhul</w:t>
      </w:r>
    </w:p>
    <w:p>
      <w:pPr>
        <w:widowControl/>
        <w:jc w:val="left"/>
      </w:pPr>
      <w:r>
        <w:rPr>
          <w:b/>
          <w:i w:val="0"/>
          <w:u w:val="none"/>
        </w:rPr>
        <w:t>Suç:</w:t>
      </w:r>
      <w:r>
        <w:rPr>
          <w:b w:val="0"/>
          <w:i w:val="0"/>
          <w:u w:val="none"/>
        </w:rPr>
        <w:t xml:space="preserve">  Hırsızlık TCK md 141 sevk maddeleri</w:t>
      </w:r>
    </w:p>
    <w:p>
      <w:pPr>
        <w:widowControl/>
        <w:jc w:val="left"/>
      </w:pPr>
      <w:r>
        <w:rPr>
          <w:b/>
          <w:i w:val="0"/>
          <w:u w:val="none"/>
        </w:rPr>
        <w:t>Suç Tarihi :</w:t>
      </w:r>
      <w:r>
        <w:rPr>
          <w:b w:val="0"/>
          <w:i w:val="0"/>
          <w:u w:val="none"/>
        </w:rPr>
        <w:t xml:space="preserve"> ../../.. ( Olay tarihi)</w:t>
      </w:r>
    </w:p>
    <w:p>
      <w:pPr>
        <w:keepNext/>
        <w:widowControl/>
        <w:jc w:val="left"/>
      </w:pPr>
      <w:r>
        <w:rPr>
          <w:b/>
          <w:i w:val="0"/>
          <w:u w:val="none"/>
        </w:rPr>
        <w:t>Açıklamalar</w:t>
      </w:r>
    </w:p>
    <w:p>
      <w:pPr>
        <w:widowControl/>
        <w:ind w:left="255" w:hanging="255"/>
        <w:jc w:val="left"/>
      </w:pPr>
      <w:r>
        <w:t xml:space="preserve">1. </w:t>
      </w:r>
      <w:r>
        <w:rPr>
          <w:b w:val="0"/>
          <w:i w:val="0"/>
          <w:u w:val="none"/>
        </w:rPr>
        <w:t>Şikayet dilekçeme konu ...... adresinde kayıtlı meskenime ../../.. tarihinde, daha önce hiç karşılaşmadığım, tanımadığım sadece meskenimin bulunduğu apartmanın güvenlik kamera kayıtlarında eşgalini tespit ettiğimiz faili meçhul kişi, meskenimizin kapı kilidini kırarak zorla girmiştir.</w:t>
      </w:r>
    </w:p>
    <w:p>
      <w:pPr>
        <w:widowControl/>
        <w:ind w:left="255" w:hanging="255"/>
        <w:jc w:val="left"/>
      </w:pPr>
      <w:r>
        <w:t xml:space="preserve">2. </w:t>
      </w:r>
      <w:r>
        <w:rPr>
          <w:b w:val="0"/>
          <w:i w:val="0"/>
          <w:u w:val="none"/>
        </w:rPr>
        <w:t>(Suça konu olay tüm yönleriyle ve tüm delilleriyle birlikte detaylı bir şekilde izah edilir.)</w:t>
      </w:r>
    </w:p>
    <w:p>
      <w:pPr>
        <w:widowControl/>
        <w:ind w:left="255" w:hanging="255"/>
        <w:jc w:val="left"/>
      </w:pPr>
      <w:r>
        <w:t xml:space="preserve">3. </w:t>
      </w:r>
      <w:r>
        <w:rPr>
          <w:b w:val="0"/>
          <w:i w:val="0"/>
          <w:u w:val="none"/>
        </w:rPr>
        <w:t>…</w:t>
      </w:r>
    </w:p>
    <w:p>
      <w:pPr>
        <w:widowControl/>
        <w:ind w:left="255" w:hanging="255"/>
        <w:jc w:val="left"/>
      </w:pPr>
      <w:r>
        <w:t xml:space="preserve">4. </w:t>
      </w:r>
      <w:r>
        <w:rPr>
          <w:b w:val="0"/>
          <w:i w:val="0"/>
          <w:u w:val="none"/>
        </w:rPr>
        <w:t>Sayın Savcılık Makamınız tarafından araştırılıp, soruşturma neticesinde kimliği tespit edilecek faili meçhul kişi hakkında şikayetçiyim. Savcılık Makamınız tarafından gerekli soruşturmanın yapılarak, faili meçhul kişi hakkında Kamu Davası açılmasını ve cezalandırılmasına karar verilmesini, saygılarımla talep ederim.</w:t>
      </w:r>
    </w:p>
    <w:p>
      <w:pPr>
        <w:widowControl/>
        <w:jc w:val="left"/>
      </w:pPr>
      <w:r>
        <w:rPr>
          <w:b/>
          <w:i w:val="0"/>
          <w:u w:val="none"/>
        </w:rPr>
        <w:t xml:space="preserve">Hukuki Nedenler: </w:t>
      </w:r>
      <w:r>
        <w:rPr>
          <w:b w:val="0"/>
          <w:i w:val="0"/>
          <w:u w:val="none"/>
        </w:rPr>
        <w:t>TCK, CMK ve ilgili mevzuat.</w:t>
      </w:r>
    </w:p>
    <w:p>
      <w:pPr>
        <w:widowControl/>
        <w:jc w:val="left"/>
      </w:pPr>
      <w:r>
        <w:rPr>
          <w:b/>
          <w:i w:val="0"/>
          <w:u w:val="none"/>
        </w:rPr>
        <w:t>Deliller:</w:t>
      </w:r>
      <w:r>
        <w:rPr>
          <w:b w:val="0"/>
          <w:i w:val="0"/>
          <w:u w:val="none"/>
        </w:rPr>
        <w:t xml:space="preserve"> … Apartman Güvenlik Kamera Kayıtları, Olay Yeri İnceleme Raporu, Kolluk Kuvveti Tarafından Düzenlenen Dosya Kapsamı, Suç Mahalli Etrafındaki Çevre Ev/İşyerleri Güvenlik Kamera Kayıtları, Tanık Beyanları, Keşif, Bilirkişi İncelemesi, Yemin ve karşı tarafın sunacağı delillere karşı sunacağımız deliller saklı kalmak kaydıyla yasal her türlü delil.</w:t>
      </w:r>
    </w:p>
    <w:p>
      <w:pPr>
        <w:widowControl/>
        <w:jc w:val="left"/>
      </w:pPr>
      <w:r>
        <w:rPr>
          <w:b/>
          <w:i w:val="0"/>
          <w:u w:val="none"/>
        </w:rPr>
        <w:t xml:space="preserve">Sonuç ve İstem: </w:t>
      </w:r>
      <w:r>
        <w:rPr>
          <w:b w:val="0"/>
          <w:i w:val="0"/>
          <w:u w:val="none"/>
        </w:rPr>
        <w:t>Yukarıda arz ve izah olunan nedenlerle; şüpheli faili meçhul kişinin kimliğinin tespit edilerek; hakkında Kamu Davası açılmasını ve şüphelinin cezalandırılmasını, saygılarımla arz ve talep ederim.../../..</w:t>
      </w:r>
    </w:p>
    <w:p>
      <w:pPr>
        <w:widowControl/>
        <w:jc w:val="left"/>
      </w:pPr>
      <w:r>
        <w:rPr>
          <w:b/>
          <w:i w:val="0"/>
          <w:u w:val="none"/>
        </w:rPr>
        <w:t>Müşteki Vekili</w:t>
      </w:r>
    </w:p>
    <w:p>
      <w:pPr>
        <w:widowControl/>
        <w:jc w:val="left"/>
      </w:pPr>
      <w:r>
        <w:rPr>
          <w:b/>
          <w:i w:val="0"/>
          <w:u w:val="none"/>
        </w:rPr>
        <w:t>Av. Umur YILDIRIM</w:t>
      </w:r>
    </w:p>
    <w:p>
      <w:pPr>
        <w:widowControl/>
        <w:jc w:val="left"/>
      </w:pPr>
      <w:r>
        <w:rPr>
          <w:b/>
          <w:i w:val="0"/>
          <w:u w:val="none"/>
        </w:rPr>
        <w:t>Eki:</w:t>
      </w:r>
    </w:p>
    <w:p>
      <w:pPr>
        <w:widowControl/>
        <w:ind w:left="255" w:hanging="255"/>
        <w:jc w:val="left"/>
      </w:pPr>
      <w:r>
        <w:t xml:space="preserve">1. </w:t>
      </w:r>
      <w:r>
        <w:rPr>
          <w:b w:val="0"/>
          <w:i w:val="0"/>
          <w:u w:val="none"/>
        </w:rPr>
        <w:t>Apartman Güvenlik Kamera Kaydı Dökümleri</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Hırsızlık Şikayet Dilekçesi Örneği</dc:title>
  <dc:subject>https://kadimhukuk.com.tr/makale/sikayet-hakki-sikayetten-vazgecme/</dc:subject>
  <dc:creator>Kadim Hukuk</dc:creator>
  <cp:keywords/>
  <dc:description/>
  <cp:lastModifiedBy/>
  <cp:revision>1</cp:revision>
  <dcterms:created xsi:type="dcterms:W3CDTF">2013-12-23T23:15:00Z</dcterms:created>
  <dcterms:modified xsi:type="dcterms:W3CDTF">2013-12-23T23:15:00Z</dcterms:modified>
  <cp:category/>
</cp:coreProperties>
</file>