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Hazineye Ait Tarım Arazilerini Doğrudan Kiralama Başvuru Formu</w:t>
      </w:r>
    </w:p>
    <w:p>
      <w:pPr>
        <w:widowControl/>
        <w:jc w:val="left"/>
      </w:pPr>
      <w:r>
        <w:rPr>
          <w:b w:val="0"/>
          <w:i w:val="0"/>
          <w:u w:val="none"/>
        </w:rPr>
        <w:t xml:space="preserve">........................... </w:t>
      </w:r>
      <w:r>
        <w:rPr>
          <w:b/>
          <w:i w:val="0"/>
          <w:u w:val="none"/>
        </w:rPr>
        <w:t>ÇEVRE, ŞEHİRCİLİK VE İKLİM DEĞİŞİKLİĞİ İL</w:t>
      </w:r>
    </w:p>
    <w:p>
      <w:pPr>
        <w:widowControl/>
        <w:jc w:val="left"/>
      </w:pPr>
      <w:r>
        <w:rPr>
          <w:b/>
          <w:i w:val="0"/>
          <w:u w:val="none"/>
        </w:rPr>
        <w:t>MÜDÜRLÜĞÜNE / MİLLİ EMLAK MÜDÜRLÜĞÜNE / MİLLİ EMLAK ŞEFLİĞİNE</w:t>
      </w:r>
    </w:p>
    <w:p>
      <w:pPr>
        <w:widowControl/>
        <w:jc w:val="left"/>
      </w:pPr>
      <w:r>
        <w:rPr>
          <w:b w:val="0"/>
          <w:i w:val="0"/>
          <w:u w:val="none"/>
        </w:rPr>
        <w:t>Tarımsal amaçlı olarak kullanmakta olduğum aşağıda özellikleri belirtilen Hazineye ait tarım arazisini 4706 sayılı Kanunun ek 6 ncı maddesine göre kiralamak istiyorum.</w:t>
      </w:r>
    </w:p>
    <w:p>
      <w:pPr>
        <w:widowControl/>
        <w:jc w:val="left"/>
      </w:pPr>
      <w:r>
        <w:rPr>
          <w:b w:val="0"/>
          <w:i w:val="0"/>
          <w:u w:val="none"/>
        </w:rPr>
        <w:t>Bilgilerini ve gereğini arz ederim.</w:t>
      </w:r>
    </w:p>
    <w:p>
      <w:pPr>
        <w:pStyle w:val="Heading1"/>
        <w:widowControl/>
        <w:jc w:val="left"/>
      </w:pPr>
      <w:r>
        <w:rPr>
          <w:b w:val="0"/>
          <w:i w:val="0"/>
          <w:u w:val="single"/>
        </w:rPr>
        <w:t>Başvuru Sahibinin</w:t>
      </w:r>
    </w:p>
    <w:p>
      <w:pPr>
        <w:pStyle w:val="Heading1"/>
        <w:widowControl/>
        <w:jc w:val="left"/>
      </w:pPr>
      <w:r>
        <w:rPr>
          <w:b w:val="0"/>
          <w:i w:val="0"/>
          <w:u w:val="single"/>
        </w:rPr>
        <w:t>Adı Soyadı/Unvanı</w:t>
      </w:r>
      <w:r>
        <w:rPr>
          <w:b w:val="0"/>
          <w:i w:val="0"/>
          <w:u w:val="none"/>
        </w:rPr>
        <w:t xml:space="preserve">              T.C. Kimlik No/Vergi No               Tarih                   </w:t>
      </w:r>
      <w:r>
        <w:rPr>
          <w:b w:val="0"/>
          <w:i w:val="0"/>
          <w:u w:val="single"/>
        </w:rPr>
        <w:t>İmza</w:t>
      </w:r>
    </w:p>
    <w:p>
      <w:pPr>
        <w:widowControl/>
        <w:jc w:val="left"/>
      </w:pPr>
      <w:r>
        <w:rPr>
          <w:b/>
          <w:i w:val="0"/>
          <w:u w:val="none"/>
        </w:rPr>
        <w:t>..………………</w:t>
      </w:r>
      <w:r>
        <w:rPr>
          <w:b/>
          <w:i w:val="0"/>
          <w:u w:val="none"/>
        </w:rPr>
        <w:t xml:space="preserve">                             ….………..…                ……………        …………</w:t>
      </w:r>
    </w:p>
    <w:p>
      <w:pPr>
        <w:widowControl/>
        <w:jc w:val="left"/>
      </w:pPr>
      <w:r>
        <w:rPr>
          <w:b/>
          <w:i w:val="0"/>
          <w:u w:val="single"/>
        </w:rPr>
        <w:t>İkametgah</w:t>
      </w:r>
      <w:r>
        <w:rPr>
          <w:b w:val="0"/>
          <w:i w:val="0"/>
          <w:u w:val="none"/>
        </w:rPr>
        <w:t xml:space="preserve"> </w:t>
      </w:r>
      <w:r>
        <w:rPr>
          <w:b/>
          <w:i w:val="0"/>
          <w:u w:val="single"/>
        </w:rPr>
        <w:t>Adresi:</w:t>
      </w:r>
      <w:r>
        <w:rPr>
          <w:b w:val="0"/>
          <w:i w:val="0"/>
          <w:u w:val="none"/>
        </w:rPr>
        <w:t>………………………………..……………………………………………………..</w:t>
      </w:r>
    </w:p>
    <w:p>
      <w:pPr>
        <w:widowControl/>
        <w:jc w:val="left"/>
      </w:pPr>
      <w:r>
        <w:rPr>
          <w:b/>
          <w:i w:val="0"/>
          <w:u w:val="single"/>
        </w:rPr>
        <w:t>Telefon</w:t>
      </w:r>
      <w:r>
        <w:rPr>
          <w:b w:val="0"/>
          <w:i w:val="0"/>
          <w:u w:val="none"/>
        </w:rPr>
        <w:t xml:space="preserve"> </w:t>
      </w:r>
      <w:r>
        <w:rPr>
          <w:b/>
          <w:i w:val="0"/>
          <w:u w:val="single"/>
        </w:rPr>
        <w:t>Numarası:</w:t>
      </w:r>
      <w:r>
        <w:rPr>
          <w:b w:val="0"/>
          <w:i w:val="0"/>
          <w:u w:val="none"/>
        </w:rPr>
        <w:t xml:space="preserve"> …….……..……………..</w:t>
      </w:r>
    </w:p>
    <w:p>
      <w:pPr>
        <w:widowControl/>
        <w:jc w:val="left"/>
      </w:pPr>
      <w:r>
        <w:rPr>
          <w:b/>
          <w:i w:val="0"/>
          <w:u w:val="single"/>
        </w:rPr>
        <w:t>Kiralanması Talep Edilen Taşınmaza İlişkin Bilgiler</w:t>
      </w:r>
    </w:p>
    <w:p>
      <w:pPr>
        <w:widowControl/>
        <w:jc w:val="left"/>
      </w:pPr>
      <w:r>
        <w:rPr>
          <w:b/>
          <w:i w:val="0"/>
          <w:u w:val="none"/>
        </w:rPr>
        <w:t xml:space="preserve">İl: </w:t>
      </w:r>
      <w:r>
        <w:rPr>
          <w:b w:val="0"/>
          <w:i w:val="0"/>
          <w:u w:val="none"/>
        </w:rPr>
        <w:t xml:space="preserve">…………………….……..… </w:t>
      </w:r>
      <w:r>
        <w:rPr>
          <w:b/>
          <w:i w:val="0"/>
          <w:u w:val="none"/>
        </w:rPr>
        <w:t xml:space="preserve">İlçe: </w:t>
      </w:r>
      <w:r>
        <w:rPr>
          <w:b w:val="0"/>
          <w:i w:val="0"/>
          <w:u w:val="none"/>
        </w:rPr>
        <w:t xml:space="preserve">……………………..…….. </w:t>
      </w:r>
      <w:r>
        <w:rPr>
          <w:b/>
          <w:i w:val="0"/>
          <w:u w:val="none"/>
        </w:rPr>
        <w:t xml:space="preserve">Mah/Köy: </w:t>
      </w:r>
      <w:r>
        <w:rPr>
          <w:b w:val="0"/>
          <w:i w:val="0"/>
          <w:u w:val="none"/>
        </w:rPr>
        <w:t xml:space="preserve">……………………… </w:t>
      </w:r>
      <w:r>
        <w:rPr>
          <w:b/>
          <w:i w:val="0"/>
          <w:u w:val="none"/>
        </w:rPr>
        <w:t xml:space="preserve">Ada: </w:t>
      </w:r>
      <w:r>
        <w:rPr>
          <w:b w:val="0"/>
          <w:i w:val="0"/>
          <w:u w:val="none"/>
        </w:rPr>
        <w:t xml:space="preserve">………………….……..... </w:t>
      </w:r>
      <w:r>
        <w:rPr>
          <w:b/>
          <w:i w:val="0"/>
          <w:u w:val="none"/>
        </w:rPr>
        <w:t xml:space="preserve">Parsel: </w:t>
      </w:r>
      <w:r>
        <w:rPr>
          <w:b w:val="0"/>
          <w:i w:val="0"/>
          <w:u w:val="none"/>
        </w:rPr>
        <w:t xml:space="preserve">………………………… </w:t>
      </w:r>
      <w:r>
        <w:rPr>
          <w:b/>
          <w:i w:val="0"/>
          <w:u w:val="none"/>
        </w:rPr>
        <w:t xml:space="preserve">DHTA: </w:t>
      </w:r>
      <w:r>
        <w:rPr>
          <w:b w:val="0"/>
          <w:i w:val="0"/>
          <w:u w:val="none"/>
        </w:rPr>
        <w:t xml:space="preserve">…………………………. </w:t>
      </w:r>
      <w:r>
        <w:rPr>
          <w:b/>
          <w:i w:val="0"/>
          <w:u w:val="none"/>
        </w:rPr>
        <w:t>Yüzölçümü:</w:t>
      </w:r>
      <w:r>
        <w:rPr>
          <w:b w:val="0"/>
          <w:i w:val="0"/>
          <w:u w:val="none"/>
        </w:rPr>
        <w:t xml:space="preserve">    m</w:t>
      </w:r>
      <w:r>
        <w:rPr>
          <w:b w:val="0"/>
          <w:i w:val="0"/>
          <w:u w:val="none"/>
        </w:rPr>
        <w:t>2</w:t>
      </w:r>
    </w:p>
    <w:p>
      <w:pPr>
        <w:widowControl/>
        <w:jc w:val="left"/>
      </w:pPr>
      <w:r>
        <w:rPr>
          <w:b/>
          <w:i w:val="0"/>
          <w:u w:val="none"/>
        </w:rPr>
        <w:t xml:space="preserve">Kiralanması talep edilen alan: </w:t>
      </w:r>
      <w:r>
        <w:rPr>
          <w:b w:val="0"/>
          <w:i w:val="0"/>
          <w:u w:val="none"/>
        </w:rPr>
        <w:t>…………….………….m</w:t>
      </w:r>
      <w:r>
        <w:rPr>
          <w:b w:val="0"/>
          <w:i w:val="0"/>
          <w:u w:val="none"/>
        </w:rPr>
        <w:t>2</w:t>
      </w:r>
      <w:r>
        <w:rPr>
          <w:b w:val="0"/>
          <w:i w:val="0"/>
          <w:u w:val="none"/>
        </w:rPr>
        <w:t xml:space="preserve"> </w:t>
      </w:r>
      <w:r>
        <w:rPr>
          <w:b/>
          <w:i w:val="0"/>
          <w:u w:val="none"/>
        </w:rPr>
        <w:t xml:space="preserve">Kiralama süresi </w:t>
      </w:r>
      <w:r>
        <w:rPr>
          <w:b w:val="0"/>
          <w:i w:val="0"/>
          <w:u w:val="none"/>
        </w:rPr>
        <w:t>............... yıl</w:t>
      </w:r>
    </w:p>
    <w:p>
      <w:pPr>
        <w:widowControl/>
        <w:jc w:val="left"/>
      </w:pPr>
      <w:r>
        <w:rPr>
          <w:b/>
          <w:i w:val="0"/>
          <w:u w:val="none"/>
        </w:rPr>
        <w:t>(Aşağıdaki durumların bulunması halinde belirtilen belgeler bu Forma eklenecektir.)</w:t>
      </w:r>
    </w:p>
    <w:p>
      <w:pPr>
        <w:widowControl/>
        <w:ind w:left="255" w:hanging="255"/>
        <w:jc w:val="left"/>
      </w:pPr>
      <w:r>
        <w:t xml:space="preserve">• </w:t>
      </w:r>
      <w:r>
        <w:rPr>
          <w:b w:val="0"/>
          <w:i w:val="0"/>
          <w:u w:val="none"/>
        </w:rPr>
        <w:t xml:space="preserve">Başvuru sahibinin tüzel kişi olması durumu (Taşınmaz tasarrufuna yetkili olduğunu ve temsilcisini gösterir yetki belgesi </w:t>
      </w:r>
      <w:r>
        <w:rPr>
          <w:b/>
          <w:i w:val="0"/>
          <w:u w:val="none"/>
        </w:rPr>
        <w:t xml:space="preserve">(Mülga ibare:RG-28/4/2022-31823) </w:t>
      </w:r>
      <w:r>
        <w:rPr>
          <w:b w:val="0"/>
          <w:i w:val="0"/>
          <w:u w:val="none"/>
        </w:rPr>
        <w:t>eklenecektir.)</w:t>
      </w:r>
    </w:p>
    <w:p>
      <w:pPr>
        <w:widowControl/>
        <w:ind w:left="255" w:hanging="255"/>
        <w:jc w:val="left"/>
      </w:pPr>
      <w:r>
        <w:t xml:space="preserve">• </w:t>
      </w:r>
      <w:r>
        <w:rPr>
          <w:b w:val="0"/>
          <w:i w:val="0"/>
          <w:u w:val="none"/>
        </w:rPr>
        <w:t>Başvuru sahibinin kanuni mirasçı olması durumu (Veraset ilamının onaylı örneği eklenecektir.)</w:t>
      </w:r>
    </w:p>
    <w:p>
      <w:pPr>
        <w:widowControl/>
        <w:ind w:left="255" w:hanging="255"/>
        <w:jc w:val="left"/>
      </w:pPr>
      <w:r>
        <w:t xml:space="preserve">• </w:t>
      </w:r>
      <w:r>
        <w:rPr>
          <w:b w:val="0"/>
          <w:i w:val="0"/>
          <w:u w:val="none"/>
        </w:rPr>
        <w:t>Başvuru sahibinin paydaşı olmadığı bir taşınmazı kullanıyor olması durumu (Taşınmazın paydaşlarından alınacak muvafakatname eklenecektir.)</w:t>
      </w:r>
    </w:p>
    <w:p>
      <w:pPr>
        <w:widowControl/>
        <w:ind w:left="255" w:hanging="255"/>
        <w:jc w:val="left"/>
      </w:pPr>
      <w:r>
        <w:t xml:space="preserve">• </w:t>
      </w:r>
      <w:r>
        <w:rPr>
          <w:b w:val="0"/>
          <w:i w:val="0"/>
          <w:u w:val="none"/>
        </w:rPr>
        <w:t>Taşınmazın başvuru sahibince kullanıldığının tespitine dayanak teşkil edecek resmi bilgi ve belgelerin başvuru sahibinde bulunması durumu (Ecrimisil ihbarnamesi, ecrimisil tahsilat makbuzları, mahkeme kayıtları, kamu kurum ve kuruluşlarının yazıları vb. bilgi ve belgeler eklenecektir.)</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Hazineye Ait Tarım Arazilerini Doğrudan Kiralama Başvuru Formu</dc:title>
  <dc:subject>https://kadimhukuk.com.tr/makale/milli-emlak-hazine-arazisi-nasil-alinir/</dc:subject>
  <dc:creator>Kadim Hukuk</dc:creator>
  <cp:keywords/>
  <dc:description/>
  <cp:lastModifiedBy/>
  <cp:revision>1</cp:revision>
  <dcterms:created xsi:type="dcterms:W3CDTF">2013-12-23T23:15:00Z</dcterms:created>
  <dcterms:modified xsi:type="dcterms:W3CDTF">2013-12-23T23:15:00Z</dcterms:modified>
  <cp:category/>
</cp:coreProperties>
</file>