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Hayasızca Hareketler Suç Duyurusu Dilekçesi</w:t>
      </w:r>
    </w:p>
    <w:p>
      <w:pPr>
        <w:widowControl/>
        <w:jc w:val="left"/>
      </w:pPr>
      <w:r>
        <w:rPr>
          <w:b/>
          <w:i w:val="0"/>
          <w:u w:val="none"/>
        </w:rPr>
        <w:t>(Suçun İşlendiği Yer) CUMHURİYET BAŞSAVCILIĞI’NA</w:t>
      </w:r>
    </w:p>
    <w:p>
      <w:pPr>
        <w:widowControl/>
        <w:jc w:val="left"/>
      </w:pPr>
      <w:r>
        <w:rPr>
          <w:b/>
          <w:i w:val="0"/>
          <w:u w:val="none"/>
        </w:rPr>
        <w:t xml:space="preserve">MÜŞTEKİ: </w:t>
      </w:r>
      <w:r>
        <w:rPr>
          <w:b w:val="0"/>
          <w:i w:val="0"/>
          <w:u w:val="none"/>
        </w:rPr>
        <w:t>İsim Soyisim (TC Kimlik No) (Adres Bilgileri)</w:t>
      </w:r>
    </w:p>
    <w:p>
      <w:pPr>
        <w:widowControl/>
        <w:jc w:val="left"/>
      </w:pPr>
      <w:r>
        <w:rPr>
          <w:b/>
          <w:i w:val="0"/>
          <w:u w:val="none"/>
        </w:rPr>
        <w:t>VEKİLİ: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 xml:space="preserve">ŞÜPHELİ: </w:t>
      </w:r>
      <w:r>
        <w:rPr>
          <w:b w:val="0"/>
          <w:i w:val="0"/>
          <w:u w:val="none"/>
        </w:rPr>
        <w:t>İsim Soyisim (TC Kimlik No) (Adres Bilgileri)</w:t>
      </w:r>
    </w:p>
    <w:p>
      <w:pPr>
        <w:widowControl/>
        <w:jc w:val="left"/>
      </w:pPr>
      <w:r>
        <w:rPr>
          <w:b/>
          <w:i w:val="0"/>
          <w:u w:val="none"/>
        </w:rPr>
        <w:t>SUÇ: Hayasızca Hareketler Suçu (TCK Madde 225)</w:t>
      </w:r>
    </w:p>
    <w:p>
      <w:pPr>
        <w:widowControl/>
        <w:jc w:val="left"/>
      </w:pPr>
      <w:r>
        <w:rPr>
          <w:b/>
          <w:i w:val="0"/>
          <w:u w:val="none"/>
        </w:rPr>
        <w:t>SUÇ TARİHİ :</w:t>
      </w:r>
      <w:r>
        <w:rPr>
          <w:b w:val="0"/>
          <w:i w:val="0"/>
          <w:u w:val="none"/>
        </w:rPr>
        <w:t xml:space="preserve"> …/…/…</w:t>
      </w:r>
    </w:p>
    <w:p>
      <w:pPr>
        <w:widowControl/>
        <w:jc w:val="left"/>
      </w:pPr>
      <w:r>
        <w:rPr>
          <w:b/>
          <w:i w:val="0"/>
          <w:u w:val="none"/>
        </w:rPr>
        <w:t xml:space="preserve">SUÇ YERİ: </w:t>
      </w:r>
      <w:r>
        <w:rPr>
          <w:b w:val="0"/>
          <w:i w:val="0"/>
          <w:u w:val="none"/>
        </w:rPr>
        <w:t>(…)</w:t>
      </w:r>
    </w:p>
    <w:p>
      <w:pPr>
        <w:widowControl/>
        <w:jc w:val="left"/>
      </w:pPr>
      <w:r>
        <w:rPr>
          <w:b/>
          <w:i w:val="0"/>
          <w:u w:val="none"/>
        </w:rPr>
        <w:t xml:space="preserve">KONU: </w:t>
      </w:r>
      <w:r>
        <w:rPr>
          <w:b w:val="0"/>
          <w:i w:val="0"/>
          <w:u w:val="none"/>
        </w:rPr>
        <w:t>Şüpheli şahıs hakkında işlemiş olduğu Hayasızca hareketler suçu nedeniyle soruşturma başlatılması ve soruşturma neticesinde şahıs hakkında kamu davası açılması taleplerimizi havidir.</w:t>
      </w:r>
    </w:p>
    <w:p>
      <w:pPr>
        <w:widowControl/>
        <w:jc w:val="left"/>
      </w:pPr>
      <w:r>
        <w:rPr>
          <w:b/>
          <w:i w:val="0"/>
          <w:u w:val="none"/>
        </w:rPr>
        <w:t>AÇIKLAMALAR</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Şüphelinin mağdura neler dediği, nasıl hayasızca hareketler suçunu işlediği ayrıntılı olarak anlatılır.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 xml:space="preserve">HUKUKİ SEBEPLER: </w:t>
      </w:r>
      <w:r>
        <w:rPr>
          <w:b w:val="0"/>
          <w:i w:val="0"/>
          <w:u w:val="none"/>
        </w:rPr>
        <w:t>TCK ve ilgili her türlü yasal mevzuat.</w:t>
      </w:r>
    </w:p>
    <w:p>
      <w:pPr>
        <w:widowControl/>
        <w:jc w:val="left"/>
      </w:pPr>
      <w:r>
        <w:rPr>
          <w:b/>
          <w:i w:val="0"/>
          <w:u w:val="none"/>
        </w:rPr>
        <w:t xml:space="preserve">HUKUKİ DELİLLER: </w:t>
      </w:r>
      <w:r>
        <w:rPr>
          <w:b w:val="0"/>
          <w:i w:val="0"/>
          <w:u w:val="none"/>
        </w:rPr>
        <w:t>Tanık, yemin, sözleşmeler, fotoğraf görüntüleri, mesajlar ve ilgili her türlü yasal delil.</w:t>
      </w:r>
    </w:p>
    <w:p>
      <w:pPr>
        <w:widowControl/>
        <w:jc w:val="left"/>
      </w:pPr>
      <w:r>
        <w:rPr>
          <w:b/>
          <w:i w:val="0"/>
          <w:u w:val="none"/>
        </w:rPr>
        <w:t xml:space="preserve">SONUÇ ve İSTEM: </w:t>
      </w:r>
      <w:r>
        <w:rPr>
          <w:b w:val="0"/>
          <w:i w:val="0"/>
          <w:u w:val="none"/>
        </w:rPr>
        <w:t>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Hayasızca Hareketler Suç Duyurusu Dilekçesi</dc:title>
  <dc:subject>https://kadimhukuk.com.tr/makale/hayasizca-hareketler-sucu-ve-cezasi/</dc:subject>
  <dc:creator>Kadim Hukuk</dc:creator>
  <cp:keywords/>
  <dc:description/>
  <cp:lastModifiedBy/>
  <cp:revision>1</cp:revision>
  <dcterms:created xsi:type="dcterms:W3CDTF">2013-12-23T23:15:00Z</dcterms:created>
  <dcterms:modified xsi:type="dcterms:W3CDTF">2013-12-23T23:15:00Z</dcterms:modified>
  <cp:category/>
</cp:coreProperties>
</file>