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Haklı Nedenle İstifa Dilekçesi</w:t>
      </w:r>
    </w:p>
    <w:p>
      <w:pPr>
        <w:widowControl/>
        <w:jc w:val="left"/>
      </w:pPr>
      <w:r>
        <w:rPr>
          <w:b/>
          <w:i w:val="0"/>
          <w:u w:val="none"/>
        </w:rPr>
        <w:t>Sayın (Yetkili Kişinin Adı)/ … A.Ş.</w:t>
      </w:r>
    </w:p>
    <w:p>
      <w:pPr>
        <w:widowControl/>
        <w:jc w:val="left"/>
      </w:pPr>
      <w:r>
        <w:rPr>
          <w:b w:val="0"/>
          <w:i w:val="0"/>
          <w:u w:val="none"/>
        </w:rPr>
        <w:t>…. Şirketiniz bünyesinde … görevinde çalışmaktayım. Yaşanan bazı olumsuzluklar ve iş şartlarının (iş sağlığı ve güvenliği, ücret, mobbing, fazla mesai gibi nedenler) uygun olmaması nedeniyle işyerindeki çalışma koşullarım ve hayatım olumsuz etkilenmektedir. 4857 sayılı İş Kanunu’nun 24. maddesi gereğince, haklı nedenle iş sözleşmemi feshetme hakkımı kullanarak istifa ediyorum. Yaşadığım sorunlar ve haklı nedenler şunlardır:</w:t>
      </w:r>
    </w:p>
    <w:p>
      <w:pPr>
        <w:widowControl/>
        <w:ind w:left="255" w:hanging="255"/>
        <w:jc w:val="left"/>
      </w:pPr>
      <w:r>
        <w:t xml:space="preserve">• </w:t>
      </w:r>
      <w:r>
        <w:rPr>
          <w:b w:val="0"/>
          <w:i w:val="0"/>
          <w:u w:val="none"/>
        </w:rPr>
        <w:t>Ödenmeyen maaşlar</w:t>
      </w:r>
    </w:p>
    <w:p>
      <w:pPr>
        <w:widowControl/>
        <w:ind w:left="255" w:hanging="255"/>
        <w:jc w:val="left"/>
      </w:pPr>
      <w:r>
        <w:t xml:space="preserve">• </w:t>
      </w:r>
      <w:r>
        <w:rPr>
          <w:b w:val="0"/>
          <w:i w:val="0"/>
          <w:u w:val="none"/>
        </w:rPr>
        <w:t>Fazla mesai yaptırılması ve karşılığının ödenmemesi</w:t>
      </w:r>
    </w:p>
    <w:p>
      <w:pPr>
        <w:widowControl/>
        <w:ind w:left="255" w:hanging="255"/>
        <w:jc w:val="left"/>
      </w:pPr>
      <w:r>
        <w:t xml:space="preserve">• </w:t>
      </w:r>
      <w:r>
        <w:rPr>
          <w:b w:val="0"/>
          <w:i w:val="0"/>
          <w:u w:val="none"/>
        </w:rPr>
        <w:t>İşyerindeki mobbing ve kötü muamele</w:t>
      </w:r>
    </w:p>
    <w:p>
      <w:pPr>
        <w:widowControl/>
        <w:jc w:val="left"/>
      </w:pPr>
      <w:r>
        <w:rPr>
          <w:b w:val="0"/>
          <w:i w:val="0"/>
          <w:u w:val="none"/>
        </w:rPr>
        <w:t>Yukarıda belirttiğim nedenlerle, iş akdimi derhal feshediyor ve yasal haklarım olan kıdem tazminatı, ihbar tazminatı ve diğer alacaklarımın tarafıma ödenmesini talep ediyorum.</w:t>
      </w:r>
    </w:p>
    <w:p>
      <w:pPr>
        <w:widowControl/>
        <w:jc w:val="left"/>
      </w:pPr>
      <w:r>
        <w:rPr>
          <w:b w:val="0"/>
          <w:i w:val="0"/>
          <w:u w:val="none"/>
        </w:rPr>
        <w:t>Gereğini arz ederim.</w:t>
      </w:r>
    </w:p>
    <w:p>
      <w:pPr>
        <w:widowControl/>
        <w:jc w:val="left"/>
      </w:pPr>
      <w:r>
        <w:rPr>
          <w:b w:val="0"/>
          <w:i w:val="0"/>
          <w:u w:val="none"/>
        </w:rPr>
        <w:t>Saygılarımla, (Tarih)</w:t>
      </w:r>
    </w:p>
    <w:p>
      <w:pPr>
        <w:widowControl/>
        <w:jc w:val="left"/>
      </w:pPr>
      <w:r>
        <w:rPr>
          <w:b/>
          <w:i w:val="0"/>
          <w:u w:val="none"/>
        </w:rPr>
        <w:t>Ad Soyad</w:t>
      </w:r>
    </w:p>
    <w:p>
      <w:pPr>
        <w:widowControl/>
        <w:jc w:val="left"/>
      </w:pPr>
      <w:r>
        <w:rPr>
          <w:b/>
          <w:i w:val="0"/>
          <w:u w:val="none"/>
        </w:rPr>
        <w:t>İmza</w:t>
      </w:r>
    </w:p>
    <w:sectPr w:rsidR="00FC693F" w:rsidRPr="0006063C" w:rsidSect="00034616">
      <w:footerReference w:type="default" r:id="rId9"/>
      <w:pgSz w:w="11906" w:h="16838"/>
      <w:pgMar w:top="1134" w:right="1191" w:bottom="1134" w:left="1191" w:header="720"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Times New Roman" w:hAnsi="Times New Roman"/>
        <w:sz w:val="16"/>
      </w:rPr>
      <w:t xml:space="preserve">Kadim Hukuk | Örnek belge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64" w:lineRule="auto"/>
    </w:pPr>
    <w:rPr>
      <w:rFonts w:ascii="Times New Roman" w:hAnsi="Times New Roman"/>
      <w:color w:val="000000"/>
      <w:sz w:val="22"/>
      <w:lang w:val="tr-TR"/>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100" w:line="264" w:lineRule="auto"/>
      <w:outlineLvl w:val="0"/>
    </w:pPr>
    <w:rPr>
      <w:rFonts w:ascii="Times New Roman" w:hAnsi="Times New Roman"/>
      <w:b/>
      <w:bCs/>
      <w:color w:val="000000"/>
      <w:sz w:val="24"/>
      <w:szCs w:val="28"/>
      <w:lang w:val="tr-TR"/>
    </w:rPr>
  </w:style>
  <w:style w:type="paragraph" w:styleId="Heading2">
    <w:name w:val="heading 2"/>
    <w:basedOn w:val="Normal"/>
    <w:next w:val="Normal"/>
    <w:link w:val="Heading2Char"/>
    <w:uiPriority w:val="9"/>
    <w:unhideWhenUsed/>
    <w:qFormat/>
    <w:rsid w:val="00FC693F"/>
    <w:pPr>
      <w:keepNext/>
      <w:keepLines/>
      <w:spacing w:before="200" w:after="100" w:line="264" w:lineRule="auto"/>
      <w:outlineLvl w:val="1"/>
    </w:pPr>
    <w:rPr>
      <w:rFonts w:ascii="Times New Roman" w:hAnsi="Times New Roman"/>
      <w:b/>
      <w:bCs/>
      <w:color w:val="000000"/>
      <w:sz w:val="22"/>
      <w:szCs w:val="26"/>
      <w:lang w:val="tr-TR"/>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260" w:line="264" w:lineRule="auto"/>
      <w:contextualSpacing/>
    </w:pPr>
    <w:rPr>
      <w:rFonts w:ascii="Times New Roman" w:hAnsi="Times New Roman"/>
      <w:b/>
      <w:color w:val="000000"/>
      <w:spacing w:val="5"/>
      <w:kern w:val="28"/>
      <w:sz w:val="32"/>
      <w:szCs w:val="52"/>
      <w:lang w:val="tr-TR"/>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Haklı Nedenle İstifa Dilekçesi</dc:title>
  <dc:subject>https://kadimhukuk.com.tr/makale/istifa-dilekcesi-ornekleri/</dc:subject>
  <dc:creator>Kadim Hukuk</dc:creator>
  <cp:keywords/>
  <dc:description/>
  <cp:lastModifiedBy/>
  <cp:revision>1</cp:revision>
  <dcterms:created xsi:type="dcterms:W3CDTF">2013-12-23T23:15:00Z</dcterms:created>
  <dcterms:modified xsi:type="dcterms:W3CDTF">2013-12-23T23:15:00Z</dcterms:modified>
  <cp:category/>
</cp:coreProperties>
</file>