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Güvenlik Soruşturması İtiraz Dilekçe Örneği</w:t>
      </w:r>
    </w:p>
    <w:p>
      <w:pPr>
        <w:widowControl/>
        <w:jc w:val="center"/>
      </w:pPr>
      <w:r>
        <w:rPr>
          <w:b/>
          <w:i w:val="0"/>
          <w:u w:val="none"/>
        </w:rPr>
        <w:t>[İŞLEMİ YAPAN MAKAMIN ÜST MAKAMINA / ÜST MAKAM YOKSA İŞLEMİ YAPAN MAKAMA]</w:t>
      </w:r>
    </w:p>
    <w:p>
      <w:pPr>
        <w:widowControl/>
        <w:jc w:val="left"/>
      </w:pPr>
      <w:r>
        <w:rPr>
          <w:b/>
          <w:i w:val="0"/>
          <w:u w:val="none"/>
        </w:rPr>
        <w:t>Başvuran:</w:t>
      </w:r>
      <w:r>
        <w:rPr>
          <w:b w:val="0"/>
          <w:i w:val="0"/>
          <w:u w:val="none"/>
        </w:rPr>
        <w:t xml:space="preserve"> [Ad soyad, T.C. kimlik numarası, adres ve iletişim bilgileri]</w:t>
      </w:r>
      <w:r>
        <w:rPr>
          <w:b w:val="0"/>
          <w:i w:val="0"/>
          <w:u w:val="none"/>
        </w:rPr>
        <w:br/>
      </w:r>
      <w:r>
        <w:rPr>
          <w:b/>
          <w:i w:val="0"/>
          <w:u w:val="none"/>
        </w:rPr>
        <w:t>İşlem:</w:t>
      </w:r>
      <w:r>
        <w:rPr>
          <w:b w:val="0"/>
          <w:i w:val="0"/>
          <w:u w:val="none"/>
        </w:rPr>
        <w:t xml:space="preserve"> [Tarih ve sayı]</w:t>
      </w:r>
      <w:r>
        <w:rPr>
          <w:b w:val="0"/>
          <w:i w:val="0"/>
          <w:u w:val="none"/>
        </w:rPr>
        <w:br/>
      </w:r>
      <w:r>
        <w:rPr>
          <w:b/>
          <w:i w:val="0"/>
          <w:u w:val="none"/>
        </w:rPr>
        <w:t>Tebliğ tarihi:</w:t>
      </w:r>
      <w:r>
        <w:rPr>
          <w:b w:val="0"/>
          <w:i w:val="0"/>
          <w:u w:val="none"/>
        </w:rPr>
        <w:t xml:space="preserve"> [Gün/ay/yıl]</w:t>
      </w:r>
      <w:r>
        <w:rPr>
          <w:b w:val="0"/>
          <w:i w:val="0"/>
          <w:u w:val="none"/>
        </w:rPr>
        <w:br/>
      </w:r>
      <w:r>
        <w:rPr>
          <w:b/>
          <w:i w:val="0"/>
          <w:u w:val="none"/>
        </w:rPr>
        <w:t>Konu:</w:t>
      </w:r>
      <w:r>
        <w:rPr>
          <w:b w:val="0"/>
          <w:i w:val="0"/>
          <w:u w:val="none"/>
        </w:rPr>
        <w:t xml:space="preserve"> Olumsuz güvenlik soruşturması / arşiv araştırması değerlendirmesine dayalı işlemin İYUK 11 kapsamında yeniden incelenmesi talebidir.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[Kurumun] [ilan tarihi ve numarası] ile duyurduğu [kadro/görev] için başvurdum. Başvurumun hangi aşamaya geldiği: [Kısa açıklama].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[Tarih ve sayılı] işlemle [atanmamam / adaylığımın sona erdirilmesi / diğer sonuç] tarafıma bildirilmiştir. İşlemde belirtilen gerekçe: [Belgede yazan gerekçeyi aktarın; gerekçe bildirilmediyse bunu belirtin].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İşlemin yeniden değerlendirilmesini gerektiren somut hususlar: [Yanlış kayıt, isim benzerliği, eksik inceleme veya diğer nedenleri tarih ve belgeyle açıklayın]. Bu açıklamaları destekleyen belgeler ekte sunulmuştur.</w:t>
      </w:r>
    </w:p>
    <w:p>
      <w:pPr>
        <w:widowControl/>
        <w:ind w:left="255" w:hanging="255"/>
        <w:jc w:val="left"/>
      </w:pPr>
      <w:r>
        <w:t xml:space="preserve">4. </w:t>
      </w:r>
      <w:r>
        <w:rPr>
          <w:b w:val="0"/>
          <w:i w:val="0"/>
          <w:u w:val="none"/>
        </w:rPr>
        <w:t>Hakkımdaki verilerin doğru ve güncel olup olmadığının, başvurduğum görevin nitelikleriyle ilgisinin ve sunduğum belgelerin birlikte değerlendirilmesini talep ediyorum.</w:t>
      </w:r>
    </w:p>
    <w:p>
      <w:pPr>
        <w:widowControl/>
        <w:jc w:val="left"/>
      </w:pPr>
      <w:r>
        <w:rPr>
          <w:b/>
          <w:i w:val="0"/>
          <w:u w:val="none"/>
        </w:rPr>
        <w:t>Sonuç ve talep:</w:t>
      </w:r>
      <w:r>
        <w:rPr>
          <w:b w:val="0"/>
          <w:i w:val="0"/>
          <w:u w:val="none"/>
        </w:rPr>
        <w:t xml:space="preserve"> Yukarıda açıkladığım nedenlerle [tarih ve sayılı] işlemin İYUK 11 uyarınca incelenmesini, hukuka aykırılığın giderilerek işlemin geri alınmasını veya değiştirilmesini ve sonucunun tarafıma yazılı bildirilmesini arz ederim.</w:t>
      </w:r>
    </w:p>
    <w:p>
      <w:pPr>
        <w:widowControl/>
        <w:jc w:val="left"/>
      </w:pPr>
      <w:r>
        <w:rPr>
          <w:b/>
          <w:i w:val="0"/>
          <w:u w:val="none"/>
        </w:rPr>
        <w:t>Tarih:</w:t>
      </w:r>
      <w:r>
        <w:rPr>
          <w:b w:val="0"/>
          <w:i w:val="0"/>
          <w:u w:val="none"/>
        </w:rPr>
        <w:t xml:space="preserve"> [Gün/ay/yıl]</w:t>
      </w:r>
      <w:r>
        <w:rPr>
          <w:b w:val="0"/>
          <w:i w:val="0"/>
          <w:u w:val="none"/>
        </w:rPr>
        <w:br/>
      </w:r>
      <w:r>
        <w:rPr>
          <w:b/>
          <w:i w:val="0"/>
          <w:u w:val="none"/>
        </w:rPr>
        <w:t>Ad soyad ve imza:</w:t>
      </w:r>
      <w:r>
        <w:rPr>
          <w:b w:val="0"/>
          <w:i w:val="0"/>
          <w:u w:val="none"/>
        </w:rPr>
        <w:t xml:space="preserve"> [Doldurun]</w:t>
      </w:r>
    </w:p>
    <w:p>
      <w:pPr>
        <w:widowControl/>
        <w:jc w:val="left"/>
      </w:pPr>
      <w:r>
        <w:rPr>
          <w:b/>
          <w:i w:val="0"/>
          <w:u w:val="none"/>
        </w:rPr>
        <w:t>Ekler:</w:t>
      </w:r>
      <w:r>
        <w:rPr>
          <w:b w:val="0"/>
          <w:i w:val="0"/>
          <w:u w:val="none"/>
        </w:rPr>
        <w:t xml:space="preserve"> İşlem ve tebliğ belgesi; başvuru/sonuç belgeleri; itiraz nedenini destekleyen karar ve kayıtlar; varsa vekâletname.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Güvenlik Soruşturması İtiraz Dilekçe Örneği</dc:title>
  <dc:subject>https://kadimhukuk.com.tr/makale/guvenlik-sorusturmasi-itiraz/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