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Fazla Mesai Nedeniyle İstifa Dilekçesi</w:t>
      </w:r>
    </w:p>
    <w:p>
      <w:pPr>
        <w:widowControl/>
        <w:jc w:val="left"/>
      </w:pPr>
      <w:r>
        <w:rPr>
          <w:b/>
          <w:i w:val="0"/>
          <w:u w:val="none"/>
        </w:rPr>
        <w:t>Sayın (Yetkili Kişinin Adı)/ … A.Ş.</w:t>
      </w:r>
    </w:p>
    <w:p>
      <w:pPr>
        <w:widowControl/>
        <w:jc w:val="left"/>
      </w:pPr>
      <w:r>
        <w:rPr>
          <w:b w:val="0"/>
          <w:i w:val="0"/>
          <w:u w:val="none"/>
        </w:rPr>
        <w:t>Şirketiniz bünyesinde çalışmakta olduğum … görevimden fazla mesai saatlerimin hayatımı olumsuz etkilemesi nedeniyle ayrılmak istediğimi bildirmekteyim. Fazla mesai saatleri, hem fiziksel hem de zihinsel sağlığımı olumsuz yönde etkilemektedir. Bu nedenle de iş performansım düşmüştür. Mesai saatlerinin belirli olduğu sağlıklı bir çalışma düzeni aramaktayım.</w:t>
      </w:r>
    </w:p>
    <w:p>
      <w:pPr>
        <w:widowControl/>
        <w:jc w:val="left"/>
      </w:pPr>
      <w:r>
        <w:rPr>
          <w:b w:val="0"/>
          <w:i w:val="0"/>
          <w:u w:val="none"/>
        </w:rPr>
        <w:t>Görevimi (ihbar süresi/son iş günü) tarihine kadar sürdüreceğim. İş ve sorumluluklarımı eksiksiz olarak devretmeye hazırım. Anlayış ve destek için şimdiden teşekkür ederim.</w:t>
      </w:r>
    </w:p>
    <w:p>
      <w:pPr>
        <w:widowControl/>
        <w:jc w:val="left"/>
      </w:pPr>
      <w:r>
        <w:rPr>
          <w:b w:val="0"/>
          <w:i w:val="0"/>
          <w:u w:val="none"/>
        </w:rPr>
        <w:t>Saygılarımla, (Tarih)</w:t>
      </w:r>
    </w:p>
    <w:p>
      <w:pPr>
        <w:widowControl/>
        <w:jc w:val="left"/>
      </w:pPr>
      <w:r>
        <w:rPr>
          <w:b/>
          <w:i w:val="0"/>
          <w:u w:val="none"/>
        </w:rPr>
        <w:t>Ad Soyad</w:t>
      </w:r>
    </w:p>
    <w:p>
      <w:pPr>
        <w:widowControl/>
        <w:jc w:val="left"/>
      </w:pPr>
      <w:r>
        <w:rPr>
          <w:b/>
          <w:i w:val="0"/>
          <w:u w:val="none"/>
        </w:rPr>
        <w:t>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Fazla Mesai Nedeniyle İstifa Dilekçesi</dc:title>
  <dc:subject>https://kadimhukuk.com.tr/makale/istifa-dilekcesi-ornekleri/</dc:subject>
  <dc:creator>Kadim Hukuk</dc:creator>
  <cp:keywords/>
  <dc:description/>
  <cp:lastModifiedBy/>
  <cp:revision>1</cp:revision>
  <dcterms:created xsi:type="dcterms:W3CDTF">2013-12-23T23:15:00Z</dcterms:created>
  <dcterms:modified xsi:type="dcterms:W3CDTF">2013-12-23T23:15:00Z</dcterms:modified>
  <cp:category/>
</cp:coreProperties>
</file>