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Erişim Engeli Dilekçe Örneği</w:t>
      </w:r>
    </w:p>
    <w:p>
      <w:pPr>
        <w:widowControl/>
        <w:jc w:val="left"/>
      </w:pPr>
      <w:r>
        <w:rPr>
          <w:b/>
          <w:i w:val="0"/>
          <w:u w:val="none"/>
        </w:rPr>
        <w:t>………………. NÖBETÇİ SULH CEZA HAKİMLİĞİNE</w:t>
      </w:r>
    </w:p>
    <w:p>
      <w:pPr>
        <w:widowControl/>
        <w:jc w:val="left"/>
      </w:pPr>
      <w:r>
        <w:rPr>
          <w:b/>
          <w:i w:val="0"/>
          <w:u w:val="none"/>
        </w:rPr>
        <w:t>TALEPTE BULUNAN:</w:t>
      </w:r>
      <w:r>
        <w:rPr>
          <w:b w:val="0"/>
          <w:i w:val="0"/>
          <w:u w:val="none"/>
        </w:rPr>
        <w:t xml:space="preserve"> …</w:t>
      </w:r>
    </w:p>
    <w:p>
      <w:pPr>
        <w:widowControl/>
        <w:jc w:val="left"/>
      </w:pPr>
      <w:r>
        <w:rPr>
          <w:b/>
          <w:i w:val="0"/>
          <w:u w:val="none"/>
        </w:rPr>
        <w:t>TC KİMLİK NO:</w:t>
      </w:r>
      <w:r>
        <w:rPr>
          <w:b w:val="0"/>
          <w:i w:val="0"/>
          <w:u w:val="none"/>
        </w:rPr>
        <w:t xml:space="preserve"> …</w:t>
      </w:r>
    </w:p>
    <w:p>
      <w:pPr>
        <w:widowControl/>
        <w:jc w:val="left"/>
      </w:pPr>
      <w:r>
        <w:rPr>
          <w:b/>
          <w:i w:val="0"/>
          <w:u w:val="none"/>
        </w:rPr>
        <w:t>ADRES:</w:t>
      </w:r>
      <w:r>
        <w:rPr>
          <w:b w:val="0"/>
          <w:i w:val="0"/>
          <w:u w:val="none"/>
        </w:rPr>
        <w:t xml:space="preserve"> ...</w:t>
      </w:r>
    </w:p>
    <w:p>
      <w:pPr>
        <w:widowControl/>
        <w:jc w:val="left"/>
      </w:pPr>
      <w:r>
        <w:rPr>
          <w:b/>
          <w:i w:val="0"/>
          <w:u w:val="none"/>
        </w:rPr>
        <w:t>TALEP KONUSU:</w:t>
      </w:r>
      <w:r>
        <w:rPr>
          <w:b w:val="0"/>
          <w:i w:val="0"/>
          <w:u w:val="none"/>
        </w:rPr>
        <w:t xml:space="preserve"> Kişilik haklarının ihlali nedeniyle içeriğin çıkarılması ve/veya erişimin engellenmesi taleplidir.</w:t>
      </w:r>
    </w:p>
    <w:p>
      <w:pPr>
        <w:widowControl/>
        <w:jc w:val="left"/>
      </w:pPr>
      <w:r>
        <w:rPr>
          <w:b/>
          <w:i w:val="0"/>
          <w:u w:val="none"/>
        </w:rPr>
        <w:t>AÇIKLAMALAR:</w:t>
      </w:r>
    </w:p>
    <w:p>
      <w:pPr>
        <w:widowControl/>
        <w:jc w:val="left"/>
      </w:pPr>
      <w:r>
        <w:rPr>
          <w:b w:val="0"/>
          <w:i w:val="0"/>
          <w:u w:val="none"/>
        </w:rPr>
        <w:t>…/…/… tarihinde internet ortamında ……… (Bu kısma aşağıdaki URL adreslerinde kişilik haklarınızın ne şekilde ihlal edildiğine ilişkin açıklamalar girilebilir) şeklinde kişilik haklarımın ihlal edildiğini öğrenmiş bulunmaktayım. Aşağıda sıralanan URL/URL’lerde yer alan içerikler kişilik haklarımı ihlal etmekte, şahsım hakkında rencide edici toplumda yanlış anlamaya sebep verir mahiyet taşımaktadırlar:</w:t>
      </w:r>
    </w:p>
    <w:p>
      <w:pPr>
        <w:widowControl/>
        <w:jc w:val="left"/>
      </w:pPr>
      <w:r>
        <w:rPr>
          <w:b w:val="0"/>
          <w:i w:val="0"/>
          <w:u w:val="none"/>
        </w:rPr>
        <w:t>(Buraya kişilik haklarını ihlal ettiği düşünülen internet adresleri aşağıdaki örneklerde yer aldığı gibi liste halinde yazılabilir)</w:t>
      </w:r>
    </w:p>
    <w:p>
      <w:pPr>
        <w:widowControl/>
        <w:ind w:left="255" w:hanging="255"/>
        <w:jc w:val="left"/>
      </w:pPr>
      <w:r>
        <w:t xml:space="preserve">1. </w:t>
      </w:r>
      <w:r>
        <w:rPr>
          <w:b w:val="0"/>
          <w:i w:val="0"/>
          <w:u w:val="none"/>
        </w:rPr>
        <w:t>https:// www.youtube.com/watch?v=ornek_video</w:t>
      </w:r>
    </w:p>
    <w:p>
      <w:pPr>
        <w:widowControl/>
        <w:ind w:left="255" w:hanging="255"/>
        <w:jc w:val="left"/>
      </w:pPr>
      <w:r>
        <w:t xml:space="preserve">2. </w:t>
      </w:r>
      <w:r>
        <w:rPr>
          <w:b w:val="0"/>
          <w:i w:val="0"/>
          <w:u w:val="none"/>
        </w:rPr>
        <w:t>https://twitter.com/ornek_hesap</w:t>
      </w:r>
    </w:p>
    <w:p>
      <w:pPr>
        <w:widowControl/>
        <w:ind w:left="255" w:hanging="255"/>
        <w:jc w:val="left"/>
      </w:pPr>
      <w:r>
        <w:t xml:space="preserve">3. </w:t>
      </w:r>
      <w:r>
        <w:rPr>
          <w:b w:val="0"/>
          <w:i w:val="0"/>
          <w:u w:val="none"/>
        </w:rPr>
        <w:t>https://www.instagram.com/ornek_hesap</w:t>
      </w:r>
    </w:p>
    <w:p>
      <w:pPr>
        <w:widowControl/>
        <w:jc w:val="left"/>
      </w:pPr>
      <w:r>
        <w:rPr>
          <w:b w:val="0"/>
          <w:i w:val="0"/>
          <w:u w:val="none"/>
        </w:rPr>
        <w:t>5651 sayılı kanunun 9. maddesi;</w:t>
      </w:r>
    </w:p>
    <w:p>
      <w:pPr>
        <w:widowControl/>
        <w:jc w:val="left"/>
      </w:pPr>
      <w:r>
        <w:rPr>
          <w:b/>
          <w:i w:val="0"/>
          <w:u w:val="none"/>
        </w:rPr>
        <w:t>Madde 9</w:t>
      </w:r>
    </w:p>
    <w:p>
      <w:pPr>
        <w:widowControl/>
        <w:ind w:left="255" w:hanging="255"/>
        <w:jc w:val="left"/>
      </w:pPr>
      <w:r>
        <w:t xml:space="preserve">1. </w:t>
      </w:r>
      <w:r>
        <w:rPr>
          <w:b w:val="0"/>
          <w:i w:val="0"/>
          <w:u w:val="none"/>
        </w:rPr>
        <w:t>İnternet ortamında yapılan yayın içeriği nedeniyle kişilik haklarının ihlal edildiğini iddia eden gerçek ve tüzel kişiler ile kurum ve kuruluşlar, içerik sağlayıcısına, buna ulaşamaması hâlinde yer sağlayıcısına başvurarak uyarı yöntemi ile içeriğin yayından çıkarılmasını isteyebileceği gibi doğrudan sulh ceza hâkimine başvurarak içeriğin çıkarılmasını ve/veya erişimin engellenmesini de isteyebilir.</w:t>
      </w:r>
    </w:p>
    <w:p>
      <w:pPr>
        <w:widowControl/>
        <w:ind w:left="255" w:hanging="255"/>
        <w:jc w:val="left"/>
      </w:pPr>
      <w:r>
        <w:t xml:space="preserve">2. </w:t>
      </w:r>
      <w:r>
        <w:rPr>
          <w:b w:val="0"/>
          <w:i w:val="0"/>
          <w:u w:val="none"/>
        </w:rPr>
        <w:t>İnternet ortamında yapılan yayın içeriği nedeniyle kişilik haklarının ihlal edildiğini iddia eden kişilerin talepleri, içerik ve/veya yer sağlayıcısı tarafından en geç yirmi dört saat içinde cevaplandırılır.</w:t>
      </w:r>
    </w:p>
    <w:p>
      <w:pPr>
        <w:widowControl/>
        <w:ind w:left="255" w:hanging="255"/>
        <w:jc w:val="left"/>
      </w:pPr>
      <w:r>
        <w:t xml:space="preserve">3. </w:t>
      </w:r>
      <w:r>
        <w:rPr>
          <w:b w:val="0"/>
          <w:i w:val="0"/>
          <w:u w:val="none"/>
        </w:rPr>
        <w:t>İnternet ortamında yapılan yayın içeriği nedeniyle kişilik hakları ihlal edilenlerin talepleri doğrultusunda hâkim bu maddede belirtilen kapsamda içeriğin çıkarılmasına ve/veya erişimin engellenmesine karar verebilir.</w:t>
      </w:r>
    </w:p>
    <w:p>
      <w:pPr>
        <w:widowControl/>
        <w:ind w:left="255" w:hanging="255"/>
        <w:jc w:val="left"/>
      </w:pPr>
      <w:r>
        <w:t xml:space="preserve">4. </w:t>
      </w:r>
      <w:r>
        <w:rPr>
          <w:b w:val="0"/>
          <w:i w:val="0"/>
          <w:u w:val="none"/>
        </w:rPr>
        <w:t>Hakim, bu madde kapsamında vereceği erişimin engellenmesi kararlarını esas olarak, yalnızca kişilik hakkının ihlalinin gerçekleştiği yayın, kısım, bölüm ile ilgili olarak (URL, vb. şeklinde) içeriğe erişimin engellenmesi yöntemiyle verir. Zorunlu olmadıkça internet sitesinde yapılan yayının tümüne yönelik erişimin engellenmesine karar verilemez. Ancak, hâkim URL adresi belirtilerek içeriğe erişimin engellenmesi yöntemiyle ihlalin engellenemeyeceğine kanaat getirmesi hâlinde, gerekçesini de belirtmek kaydıyla, internet sitesindeki tüm yayına yönelik olarak erişimin engellenmesine de karar verebilir</w:t>
      </w:r>
    </w:p>
    <w:p>
      <w:pPr>
        <w:widowControl/>
        <w:ind w:left="255" w:hanging="255"/>
        <w:jc w:val="left"/>
      </w:pPr>
      <w:r>
        <w:t xml:space="preserve">5. </w:t>
      </w:r>
      <w:r>
        <w:rPr>
          <w:b w:val="0"/>
          <w:i w:val="0"/>
          <w:u w:val="none"/>
        </w:rPr>
        <w:t>Hakimin bu madde kapsamında verdiği içeriğin çıkarılması ve/veya erişimin engellenmesi kararları doğrudan Birliğe gönderilir.” hükümlerini amirdir.</w:t>
      </w:r>
    </w:p>
    <w:p>
      <w:pPr>
        <w:widowControl/>
        <w:jc w:val="left"/>
      </w:pPr>
      <w:r>
        <w:rPr>
          <w:b/>
          <w:i w:val="0"/>
          <w:u w:val="none"/>
        </w:rPr>
        <w:t>İLGİLİ MEVZUAT:</w:t>
      </w:r>
      <w:r>
        <w:rPr>
          <w:b w:val="0"/>
          <w:i w:val="0"/>
          <w:u w:val="none"/>
        </w:rPr>
        <w:t xml:space="preserve"> 5651 sayılı Kanun, sair ilgili mevzuat</w:t>
      </w:r>
    </w:p>
    <w:p>
      <w:pPr>
        <w:widowControl/>
        <w:jc w:val="left"/>
      </w:pPr>
      <w:r>
        <w:rPr>
          <w:b/>
          <w:i w:val="0"/>
          <w:u w:val="none"/>
        </w:rPr>
        <w:t>DELİLLER:</w:t>
      </w:r>
      <w:r>
        <w:rPr>
          <w:b w:val="0"/>
          <w:i w:val="0"/>
          <w:u w:val="none"/>
        </w:rPr>
        <w:t xml:space="preserve"> İhlalin gerçekleştiği URL adresleri ve ekran görüntüleri</w:t>
      </w:r>
    </w:p>
    <w:p>
      <w:pPr>
        <w:widowControl/>
        <w:jc w:val="left"/>
      </w:pPr>
      <w:r>
        <w:rPr>
          <w:b/>
          <w:i w:val="0"/>
          <w:u w:val="none"/>
        </w:rPr>
        <w:t>İSTEM VE SONUÇ:</w:t>
      </w:r>
      <w:r>
        <w:rPr>
          <w:b w:val="0"/>
          <w:i w:val="0"/>
          <w:u w:val="none"/>
        </w:rPr>
        <w:t xml:space="preserve"> Yukarıda arz etmiş olduğum nedenlerle, telafisi güç ve imkânsız zararlar doğmamasını teminen, kişilik haklarımı ihlal eden içeriği barındıran ilgili URL’ler hakkında, 5651 sayılı Kanunun 9. maddesi gereğince içeriğin çıkarılması ve/veya erişimin engellenmesi kararı verilmesini, 5651 sayılı Kanunun 9’uncu maddesinin beşinci fıkrası gereği Kararın UYAP üzerinden Erişim Sağlayıcıları Birliğine gönderilmesini saygılarımla arz ve talep ederim. ../../2024</w:t>
      </w:r>
    </w:p>
    <w:p>
      <w:pPr>
        <w:widowControl/>
        <w:jc w:val="left"/>
      </w:pPr>
      <w:r>
        <w:rPr>
          <w:b/>
          <w:i w:val="0"/>
          <w:u w:val="none"/>
        </w:rPr>
        <w:t>Ad Soyadı</w:t>
      </w:r>
    </w:p>
    <w:p>
      <w:pPr>
        <w:keepNext/>
        <w:widowControl/>
        <w:jc w:val="left"/>
      </w:pPr>
      <w:r>
        <w:rPr>
          <w:b/>
          <w:i w:val="0"/>
          <w:u w:val="none"/>
        </w:rPr>
        <w:t>EKLER:</w:t>
      </w:r>
    </w:p>
    <w:p>
      <w:pPr>
        <w:widowControl/>
        <w:ind w:left="255" w:hanging="255"/>
        <w:jc w:val="left"/>
      </w:pPr>
      <w:r>
        <w:t xml:space="preserve">• </w:t>
      </w:r>
      <w:r>
        <w:rPr>
          <w:b w:val="0"/>
          <w:i w:val="0"/>
          <w:u w:val="none"/>
        </w:rPr>
        <w:t>Paylaşımlara ait ekran görüntüleri ve URL adresi/adresleri</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0"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50"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80" w:line="250"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50"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Erişim Engeli Dilekçe Örneği</dc:title>
  <dc:subject>https://kadimhukuk.com.tr/makale/erisimin-engellenmesi-icerik-kaldirma/</dc:subject>
  <dc:creator>Kadim Hukuk</dc:creator>
  <cp:keywords/>
  <dc:description/>
  <cp:lastModifiedBy/>
  <cp:revision>1</cp:revision>
  <dcterms:created xsi:type="dcterms:W3CDTF">2013-12-23T23:15:00Z</dcterms:created>
  <dcterms:modified xsi:type="dcterms:W3CDTF">2013-12-23T23:15:00Z</dcterms:modified>
  <cp:category/>
</cp:coreProperties>
</file>