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Emniyet Rütbe Terfi İtiraz Dilekçesi Örneği</w:t>
      </w:r>
    </w:p>
    <w:p>
      <w:pPr>
        <w:widowControl/>
        <w:jc w:val="left"/>
      </w:pPr>
      <w:r>
        <w:rPr>
          <w:b/>
          <w:i w:val="0"/>
          <w:u w:val="none"/>
        </w:rPr>
        <w:t>Emniyet Genel Müdürlüğüne</w:t>
      </w:r>
    </w:p>
    <w:p>
      <w:pPr>
        <w:widowControl/>
        <w:jc w:val="left"/>
      </w:pPr>
      <w:r>
        <w:rPr>
          <w:b/>
          <w:i w:val="0"/>
          <w:u w:val="none"/>
        </w:rPr>
        <w:t xml:space="preserve">Konu: </w:t>
      </w:r>
      <w:r>
        <w:rPr>
          <w:b w:val="0"/>
          <w:i w:val="0"/>
          <w:u w:val="none"/>
        </w:rPr>
        <w:t>Terfi Ettirilmeme İşlemine İtiraz</w:t>
      </w:r>
    </w:p>
    <w:p>
      <w:pPr>
        <w:widowControl/>
        <w:jc w:val="left"/>
      </w:pPr>
      <w:r>
        <w:rPr>
          <w:b/>
          <w:i w:val="0"/>
          <w:u w:val="none"/>
        </w:rPr>
        <w:t xml:space="preserve">İlgi: </w:t>
      </w:r>
      <w:r>
        <w:rPr>
          <w:b w:val="0"/>
          <w:i w:val="0"/>
          <w:u w:val="none"/>
        </w:rPr>
        <w:t>.... sayılı işlem</w:t>
      </w:r>
    </w:p>
    <w:p>
      <w:pPr>
        <w:widowControl/>
        <w:jc w:val="left"/>
      </w:pPr>
      <w:r>
        <w:rPr>
          <w:b w:val="0"/>
          <w:i w:val="0"/>
          <w:u w:val="none"/>
        </w:rPr>
        <w:t>………. (Çalıştığı birim yazılacak)……..sicil sayılı …… olarak görev yapmaktayım. Yüksek kurulunuzun ….. tarih sayılı kararı neticesinde hakkımda ……..“terfi etmez” kararı alındığı tarafıma tebliğ edilmiştir.</w:t>
      </w:r>
    </w:p>
    <w:p>
      <w:pPr>
        <w:widowControl/>
        <w:jc w:val="left"/>
      </w:pPr>
      <w:r>
        <w:rPr>
          <w:b w:val="0"/>
          <w:i w:val="0"/>
          <w:u w:val="none"/>
        </w:rPr>
        <w:t>Söz konusu karara aşağıda yer verilen gerekçelerle itiraz ediyorum:</w:t>
      </w:r>
    </w:p>
    <w:p>
      <w:pPr>
        <w:widowControl/>
        <w:jc w:val="left"/>
      </w:pPr>
      <w:r>
        <w:rPr>
          <w:b w:val="0"/>
          <w:i w:val="0"/>
          <w:u w:val="none"/>
        </w:rPr>
        <w:t>... (Gerekçeler yazılmalıdır.)</w:t>
      </w:r>
    </w:p>
    <w:p>
      <w:pPr>
        <w:widowControl/>
        <w:jc w:val="left"/>
      </w:pPr>
      <w:r>
        <w:rPr>
          <w:b w:val="0"/>
          <w:i w:val="0"/>
          <w:u w:val="none"/>
        </w:rPr>
        <w:t>... (Gerekçeler yazılmalıdır.)</w:t>
      </w:r>
    </w:p>
    <w:p>
      <w:pPr>
        <w:widowControl/>
        <w:jc w:val="left"/>
      </w:pPr>
      <w:r>
        <w:rPr>
          <w:b w:val="0"/>
          <w:i w:val="0"/>
          <w:u w:val="none"/>
        </w:rPr>
        <w:t>... (Gerekçeler yazılmalıdır.)</w:t>
      </w:r>
    </w:p>
    <w:p>
      <w:pPr>
        <w:widowControl/>
        <w:jc w:val="left"/>
      </w:pPr>
      <w:r>
        <w:rPr>
          <w:b w:val="0"/>
          <w:i w:val="0"/>
          <w:u w:val="none"/>
        </w:rPr>
        <w:t>Sonuç olarak,</w:t>
      </w:r>
    </w:p>
    <w:p>
      <w:pPr>
        <w:widowControl/>
        <w:jc w:val="left"/>
      </w:pPr>
      <w:r>
        <w:rPr>
          <w:b w:val="0"/>
          <w:i w:val="0"/>
          <w:u w:val="none"/>
        </w:rPr>
        <w:t>Yukarıda arz ve izah etmiş olduğum gerekçelerle, …….. tarih ve …. sayılı kararın düzeltilerek …… tarihinden geçerli olmak üzere terfi işlemimin yapılması ve buna bağlı tüm özlük haklarımın tarafıma iadesi hususunda, Gereğini takdirlerinize saygılarımla arz ederim…./…/……</w:t>
      </w:r>
    </w:p>
    <w:p>
      <w:pPr>
        <w:widowControl/>
        <w:jc w:val="left"/>
      </w:pPr>
      <w:r>
        <w:rPr>
          <w:b/>
          <w:i w:val="0"/>
          <w:u w:val="none"/>
        </w:rPr>
        <w:t>İsim-İmza</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Emniyet Rütbe Terfi İtiraz Dilekçesi Örneği</dc:title>
  <dc:subject>https://kadimhukuk.com.tr/makale/emniyet-rutbe-terfi-davasi/</dc:subject>
  <dc:creator>Kadim Hukuk</dc:creator>
  <cp:keywords/>
  <dc:description/>
  <cp:lastModifiedBy/>
  <cp:revision>1</cp:revision>
  <dcterms:created xsi:type="dcterms:W3CDTF">2013-12-23T23:15:00Z</dcterms:created>
  <dcterms:modified xsi:type="dcterms:W3CDTF">2013-12-23T23:15:00Z</dcterms:modified>
  <cp:category/>
</cp:coreProperties>
</file>