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Cezaevi Koğuş Değişikliği Talebi Dilekçe Örneği</w:t>
      </w:r>
    </w:p>
    <w:p>
      <w:pPr>
        <w:widowControl/>
        <w:jc w:val="left"/>
      </w:pPr>
      <w:r>
        <w:rPr>
          <w:b/>
          <w:i w:val="0"/>
          <w:u w:val="none"/>
        </w:rPr>
        <w:t>T.C. [BULUNDUĞUNUZ CEZAEVİ ADI] MÜDÜRLÜĞÜ’NE</w:t>
      </w:r>
    </w:p>
    <w:p>
      <w:pPr>
        <w:widowControl/>
        <w:jc w:val="left"/>
      </w:pPr>
      <w:r>
        <w:rPr>
          <w:b/>
          <w:i w:val="0"/>
          <w:u w:val="none"/>
        </w:rPr>
        <w:t>ADINIZ VE SOYADINIZ:</w:t>
      </w:r>
    </w:p>
    <w:p>
      <w:pPr>
        <w:widowControl/>
        <w:jc w:val="left"/>
      </w:pPr>
      <w:r>
        <w:rPr>
          <w:b/>
          <w:i w:val="0"/>
          <w:u w:val="none"/>
        </w:rPr>
        <w:t>T.C. KİMLİK NO:</w:t>
      </w:r>
    </w:p>
    <w:p>
      <w:pPr>
        <w:widowControl/>
        <w:jc w:val="left"/>
      </w:pPr>
      <w:r>
        <w:rPr>
          <w:b/>
          <w:i w:val="0"/>
          <w:u w:val="none"/>
        </w:rPr>
        <w:t>HÜKÜMLÜ/TUTUKLU NO:</w:t>
      </w:r>
    </w:p>
    <w:p>
      <w:pPr>
        <w:widowControl/>
        <w:jc w:val="left"/>
      </w:pPr>
      <w:r>
        <w:rPr>
          <w:b/>
          <w:i w:val="0"/>
          <w:u w:val="none"/>
        </w:rPr>
        <w:t>KOĞUŞ NO:</w:t>
      </w:r>
    </w:p>
    <w:p>
      <w:pPr>
        <w:widowControl/>
        <w:jc w:val="left"/>
      </w:pPr>
      <w:r>
        <w:rPr>
          <w:b/>
          <w:i w:val="0"/>
          <w:u w:val="none"/>
        </w:rPr>
        <w:t>KONU:</w:t>
      </w:r>
      <w:r>
        <w:rPr>
          <w:b w:val="0"/>
          <w:i w:val="0"/>
          <w:u w:val="none"/>
        </w:rPr>
        <w:t xml:space="preserve"> Koğuş değişikliği talebi</w:t>
      </w:r>
    </w:p>
    <w:p>
      <w:pPr>
        <w:widowControl/>
        <w:jc w:val="left"/>
      </w:pPr>
      <w:r>
        <w:rPr>
          <w:b/>
          <w:i w:val="0"/>
          <w:u w:val="none"/>
        </w:rPr>
        <w:t>AÇIKLAMALAR</w:t>
      </w:r>
    </w:p>
    <w:p>
      <w:pPr>
        <w:widowControl/>
        <w:jc w:val="left"/>
      </w:pPr>
      <w:r>
        <w:rPr>
          <w:b w:val="0"/>
          <w:i w:val="0"/>
          <w:u w:val="none"/>
        </w:rPr>
        <w:t>Sayın Cezaevi Müdürü,</w:t>
      </w:r>
    </w:p>
    <w:p>
      <w:pPr>
        <w:widowControl/>
        <w:jc w:val="left"/>
      </w:pPr>
      <w:r>
        <w:rPr>
          <w:b w:val="0"/>
          <w:i w:val="0"/>
          <w:u w:val="none"/>
        </w:rPr>
        <w:t>Ben, yukarıda bilgileri verilen [Adınız Soyadınız], [Tarih] tarihinden bu yana [Mevcut Koğuş No] numaralı koğuşta kalmaktayım. Koğuşumda geçirdiğim sure boyunca çeşitli olumsuzluklar ve rahatsızlıklar nedeniyle koğuş değişikliği talep etme gerekliliği doğmuştur. Aşağıda belirtilen nedenler doğrultusunda talebimin değerlendirilmesini rica ederim.</w:t>
      </w:r>
    </w:p>
    <w:p>
      <w:pPr>
        <w:widowControl/>
        <w:ind w:left="255" w:hanging="255"/>
        <w:jc w:val="left"/>
      </w:pPr>
      <w:r>
        <w:t xml:space="preserve">• </w:t>
      </w:r>
      <w:r>
        <w:rPr>
          <w:b/>
          <w:i w:val="0"/>
          <w:u w:val="none"/>
        </w:rPr>
        <w:t>SOSYAL UYUM SORUNLARI</w:t>
      </w:r>
    </w:p>
    <w:p>
      <w:pPr>
        <w:widowControl/>
        <w:jc w:val="left"/>
      </w:pPr>
      <w:r>
        <w:rPr>
          <w:b w:val="0"/>
          <w:i w:val="0"/>
          <w:u w:val="none"/>
        </w:rPr>
        <w:t>Mevcut koğuşumda zaman zaman yaşanan anlaşmazlıklar ve iletişim kopuklukları, ben ve koğuş arkadaşlarım arasında gerginliklere yol açmaktadır. Bu durum, cezaevi yaşamımın hem psikolojik hem de sosyal yönlerini olumsuz etkilemektedir. Gerginliğin sürdüğü bir ortamda daha sağlıklı bir şekilde uyum sağlamak ve günlük yaşantımı olumsuz etkileyen bu durumdan kurtulmak adına, daha uygun bir koğuşa geçiş yapmamın faydalı olacağı kanaatindeyim.</w:t>
      </w:r>
    </w:p>
    <w:p>
      <w:pPr>
        <w:widowControl/>
        <w:ind w:left="255" w:hanging="255"/>
        <w:jc w:val="left"/>
      </w:pPr>
      <w:r>
        <w:t xml:space="preserve">• </w:t>
      </w:r>
      <w:r>
        <w:rPr>
          <w:b/>
          <w:i w:val="0"/>
          <w:u w:val="none"/>
        </w:rPr>
        <w:t>SAĞLIK V HİJYEN KOŞULLARI</w:t>
      </w:r>
    </w:p>
    <w:p>
      <w:pPr>
        <w:widowControl/>
        <w:jc w:val="left"/>
      </w:pPr>
      <w:r>
        <w:rPr>
          <w:b w:val="0"/>
          <w:i w:val="0"/>
          <w:u w:val="none"/>
        </w:rPr>
        <w:t>Mevcut koğuşumda hijyen koşullarının zaman zaman yetersiz olması, vücut sağlığımı olumsuz etkilemektedir. Çeşitli sağlık sorunları ve rahatsızlıklarım, koğuş ortamında bulunan hijyen eksiklikleri nedeniyle artış göstermektedir. Doktor raporlarım ve sağlık durumu değerlendirmelerim gözönünde bulundurularak, daha sağlıklı koşullara sahip bir koğuşta barınmam gerektiği inancındayım.</w:t>
      </w:r>
    </w:p>
    <w:p>
      <w:pPr>
        <w:widowControl/>
        <w:ind w:left="255" w:hanging="255"/>
        <w:jc w:val="left"/>
      </w:pPr>
      <w:r>
        <w:t xml:space="preserve">• </w:t>
      </w:r>
      <w:r>
        <w:rPr>
          <w:b/>
          <w:i w:val="0"/>
          <w:u w:val="none"/>
        </w:rPr>
        <w:t>GÜVENLİK VE FİZİKSEL KOMFOR</w:t>
      </w:r>
    </w:p>
    <w:p>
      <w:pPr>
        <w:widowControl/>
        <w:jc w:val="left"/>
      </w:pPr>
      <w:r>
        <w:rPr>
          <w:b w:val="0"/>
          <w:i w:val="0"/>
          <w:u w:val="none"/>
        </w:rPr>
        <w:t>Koğuşumda zaman zaman yaşanan gerginlikler, güvenliğimi tehdit eder boyutlara ulaşmaktadır. Bu durum, koğuş arkadaşlarım arasındaki ilişkilerdeki dengesizliklerden kaynaklanmakta olup, sağlığım açısından da risk teşkil etmektedir. Bu sebeple, daha güvenli ve huzurlu bir ortamda barınabilmek adına koğuş değişikliği talep ediyorum.</w:t>
      </w:r>
    </w:p>
    <w:p>
      <w:pPr>
        <w:widowControl/>
        <w:jc w:val="left"/>
      </w:pPr>
      <w:r>
        <w:rPr>
          <w:b/>
          <w:i w:val="0"/>
          <w:u w:val="none"/>
        </w:rPr>
        <w:t>NETİCE VE TALEP:</w:t>
      </w:r>
    </w:p>
    <w:p>
      <w:pPr>
        <w:widowControl/>
        <w:jc w:val="left"/>
      </w:pPr>
      <w:r>
        <w:rPr>
          <w:b w:val="0"/>
          <w:i w:val="0"/>
          <w:u w:val="none"/>
        </w:rPr>
        <w:t>Yukarıda açıkladığım nedenlerle, güvenliğim ve sağlığım açısından daha uygun bir koğuşa nakledilmemin sağlanmasını talep ediyorum. Bu talebimin, cezaevi yaşamımın düzeni ve kişisel sağlığım açısından en uygun çözüm olacağına inanıyorum. Gereken değerlendirmelerin yapılmasını saygılarımla arz ederim.</w:t>
      </w:r>
    </w:p>
    <w:p>
      <w:pPr>
        <w:widowControl/>
        <w:jc w:val="left"/>
      </w:pPr>
      <w:r>
        <w:rPr>
          <w:b/>
          <w:i w:val="0"/>
          <w:u w:val="none"/>
        </w:rPr>
        <w:t>[Adınız ve Soyadınız]</w:t>
      </w:r>
    </w:p>
    <w:p>
      <w:pPr>
        <w:widowControl/>
        <w:jc w:val="left"/>
      </w:pPr>
      <w:r>
        <w:rPr>
          <w:b/>
          <w:i w:val="0"/>
          <w:u w:val="none"/>
        </w:rPr>
        <w:t>[İmza]</w:t>
      </w:r>
    </w:p>
    <w:p>
      <w:pPr>
        <w:widowControl/>
        <w:jc w:val="left"/>
      </w:pPr>
      <w:r>
        <w:rPr>
          <w:b/>
          <w:i w:val="0"/>
          <w:u w:val="none"/>
        </w:rPr>
        <w:t>Tarih:</w:t>
      </w:r>
      <w:r>
        <w:rPr>
          <w:b w:val="0"/>
          <w:i w:val="0"/>
          <w:u w:val="none"/>
        </w:rPr>
        <w:t xml:space="preserve"> [Dilekçeyi Verdiğiniz Tarih]</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Cezaevi Koğuş Değişikliği Talebi Dilekçe Örneği</dc:title>
  <dc:subject>https://kadimhukuk.com.tr/makale/cezaevi-kogus-degisikligi-talebi/</dc:subject>
  <dc:creator>Kadim Hukuk</dc:creator>
  <cp:keywords/>
  <dc:description/>
  <cp:lastModifiedBy/>
  <cp:revision>1</cp:revision>
  <dcterms:created xsi:type="dcterms:W3CDTF">2013-12-23T23:15:00Z</dcterms:created>
  <dcterms:modified xsi:type="dcterms:W3CDTF">2013-12-23T23:15:00Z</dcterms:modified>
  <cp:category/>
</cp:coreProperties>
</file>