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Atama Nedeniyle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Kurumun/Yetkilisinin Adı,</w:t>
      </w:r>
    </w:p>
    <w:p>
      <w:pPr>
        <w:widowControl/>
        <w:jc w:val="left"/>
      </w:pPr>
      <w:r>
        <w:rPr>
          <w:b w:val="0"/>
          <w:i w:val="0"/>
          <w:u w:val="none"/>
        </w:rPr>
        <w:t>…. Kurumunuz bünyesinde … görevinde çalışmaktayım. Ancak ….  bu nedenlerle atamam gerçekleştiği için mevcut görevimden ayrılmak istediğimi bildirmekteyim.</w:t>
      </w:r>
    </w:p>
    <w:p>
      <w:pPr>
        <w:widowControl/>
        <w:jc w:val="left"/>
      </w:pPr>
      <w:r>
        <w:rPr>
          <w:b w:val="0"/>
          <w:i w:val="0"/>
          <w:u w:val="none"/>
        </w:rPr>
        <w:t>…/…/… tarihi itibariyle görevimden istifa etmek istediğimi bildirir, gerekli işlemlerin başlatılmasını arz ederim. Anlayışınız ve desteğiniz için teşekkür ederim.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Atama Nedeniyle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