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Alkollü Araç Kullanmaktan Ehliyet Kaptırma Geri Alma Dilekçe Örneği</w:t>
      </w:r>
    </w:p>
    <w:p>
      <w:pPr>
        <w:widowControl/>
        <w:jc w:val="left"/>
      </w:pPr>
      <w:r>
        <w:rPr>
          <w:b/>
          <w:i w:val="0"/>
          <w:u w:val="none"/>
        </w:rPr>
        <w:t>(İL) SULH CEZA HAKİMLİĞİ'NE</w:t>
      </w:r>
    </w:p>
    <w:p>
      <w:pPr>
        <w:widowControl/>
        <w:jc w:val="left"/>
      </w:pPr>
      <w:r>
        <w:rPr>
          <w:b/>
          <w:i w:val="0"/>
          <w:u w:val="none"/>
        </w:rPr>
        <w:t>İTİRAZ EDEN:</w:t>
      </w:r>
      <w:r>
        <w:rPr>
          <w:b w:val="0"/>
          <w:i w:val="0"/>
          <w:u w:val="none"/>
        </w:rPr>
        <w:t xml:space="preserve"> (Adı Soyadı) - TC: (TC Kimlik No) - Adres: (Adres)</w:t>
      </w:r>
    </w:p>
    <w:p>
      <w:pPr>
        <w:widowControl/>
        <w:jc w:val="left"/>
      </w:pPr>
      <w:r>
        <w:rPr>
          <w:b/>
          <w:i w:val="0"/>
          <w:u w:val="none"/>
        </w:rPr>
        <w:t>VEKİLİ:</w:t>
      </w:r>
      <w:r>
        <w:rPr>
          <w:b w:val="0"/>
          <w:i w:val="0"/>
          <w:u w:val="none"/>
        </w:rPr>
        <w:t xml:space="preserve"> Av. …</w:t>
      </w:r>
    </w:p>
    <w:p>
      <w:pPr>
        <w:widowControl/>
        <w:jc w:val="left"/>
      </w:pPr>
      <w:r>
        <w:rPr>
          <w:b/>
          <w:i w:val="0"/>
          <w:u w:val="none"/>
        </w:rPr>
        <w:t>İTİRAZ EDİLEN İŞLEM:</w:t>
      </w:r>
      <w:r>
        <w:rPr>
          <w:b w:val="0"/>
          <w:i w:val="0"/>
          <w:u w:val="none"/>
        </w:rPr>
        <w:t xml:space="preserve"> Tarih … tarihli ehliyet geri alma işlemi</w:t>
      </w:r>
    </w:p>
    <w:p>
      <w:pPr>
        <w:widowControl/>
        <w:jc w:val="left"/>
      </w:pPr>
      <w:r>
        <w:rPr>
          <w:b/>
          <w:i w:val="0"/>
          <w:u w:val="none"/>
        </w:rPr>
        <w:t>İŞLEM TARİHİ:</w:t>
      </w:r>
      <w:r>
        <w:rPr>
          <w:b w:val="0"/>
          <w:i w:val="0"/>
          <w:u w:val="none"/>
        </w:rPr>
        <w:t xml:space="preserve"> gün/ay/2026</w:t>
      </w:r>
    </w:p>
    <w:p>
      <w:pPr>
        <w:widowControl/>
        <w:jc w:val="left"/>
      </w:pPr>
      <w:r>
        <w:rPr>
          <w:b/>
          <w:i w:val="0"/>
          <w:u w:val="none"/>
        </w:rPr>
        <w:t>KONU:</w:t>
      </w:r>
      <w:r>
        <w:rPr>
          <w:b w:val="0"/>
          <w:i w:val="0"/>
          <w:u w:val="none"/>
        </w:rPr>
        <w:t xml:space="preserve"> Sürücü belgesinin (X) ay/yıl süreyle geri alınması ve (X) TL para cezası kesilmesine ilişkin işlemin iptali talebidir.</w:t>
      </w:r>
    </w:p>
    <w:p>
      <w:pPr>
        <w:widowControl/>
        <w:jc w:val="left"/>
      </w:pPr>
      <w:r>
        <w:rPr>
          <w:b/>
          <w:i w:val="0"/>
          <w:u w:val="none"/>
        </w:rPr>
        <w:t>AÇIKLAMALAR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(Tarih) tarihinde saat (saat)'de yapılan trafik kontrolünde, alkolmetre cihazı ile ölçüm yapılmış ve (X) promil alkollü olduğum tespit edilmiştir.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Ancak ben alkolmetre sonucuna itiraz ederek, hastanede kan testi yaptırmak istediğimi belirttim. (Detaylar...)</w:t>
      </w:r>
    </w:p>
    <w:p>
      <w:pPr>
        <w:widowControl/>
        <w:ind w:left="255" w:hanging="255"/>
        <w:jc w:val="left"/>
      </w:pPr>
      <w:r>
        <w:t xml:space="preserve">3. </w:t>
      </w:r>
      <w:r>
        <w:rPr>
          <w:b w:val="0"/>
          <w:i w:val="0"/>
          <w:u w:val="none"/>
        </w:rPr>
        <w:t>(Hastane adı) Hastanesi'nde saat (saat)'da alınan kan örneğinin tahlilinde (X) promil alkol tespit edilmiştir.</w:t>
      </w:r>
    </w:p>
    <w:p>
      <w:pPr>
        <w:widowControl/>
        <w:ind w:left="255" w:hanging="255"/>
        <w:jc w:val="left"/>
      </w:pPr>
      <w:r>
        <w:t xml:space="preserve">4. </w:t>
      </w:r>
      <w:r>
        <w:rPr>
          <w:b w:val="0"/>
          <w:i w:val="0"/>
          <w:u w:val="none"/>
        </w:rPr>
        <w:t>Karayolları Trafik Yönetmeliği m. 97/c-4 uyarınca, olay anından tespit yapıldığı ana kadar geçen süre göz önünde bulundurularak sonuç belirlenmelidir. Adli Tıp Kurumu'na göre kan alkol düzeyi saatte 0.15 promil azalmaktadır.</w:t>
      </w:r>
    </w:p>
    <w:p>
      <w:pPr>
        <w:widowControl/>
        <w:ind w:left="255" w:hanging="255"/>
        <w:jc w:val="left"/>
      </w:pPr>
      <w:r>
        <w:t xml:space="preserve">5. </w:t>
      </w:r>
      <w:r>
        <w:rPr>
          <w:b w:val="0"/>
          <w:i w:val="0"/>
          <w:u w:val="none"/>
        </w:rPr>
        <w:t>Buna göre hesaplama yapıldığında: (Detaylı hesaplama)</w:t>
      </w:r>
    </w:p>
    <w:p>
      <w:pPr>
        <w:widowControl/>
        <w:jc w:val="left"/>
      </w:pPr>
      <w:r>
        <w:rPr>
          <w:b/>
          <w:i w:val="0"/>
          <w:u w:val="none"/>
        </w:rPr>
        <w:t>HUKUKİ NEDENLER:</w:t>
      </w:r>
      <w:r>
        <w:rPr>
          <w:b w:val="0"/>
          <w:i w:val="0"/>
          <w:u w:val="none"/>
        </w:rPr>
        <w:t xml:space="preserve"> 2918 S.K. m.48, Karayolları Trafik Yönetmeliği m.97</w:t>
      </w:r>
    </w:p>
    <w:p>
      <w:pPr>
        <w:widowControl/>
        <w:jc w:val="left"/>
      </w:pPr>
      <w:r>
        <w:rPr>
          <w:b/>
          <w:i w:val="0"/>
          <w:u w:val="none"/>
        </w:rPr>
        <w:t>SONUÇ VE İSTEM:</w:t>
      </w:r>
      <w:r>
        <w:rPr>
          <w:b w:val="0"/>
          <w:i w:val="0"/>
          <w:u w:val="none"/>
        </w:rPr>
        <w:t xml:space="preserve"> Yukarıda belirtilen sebeplerle;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Sürücü belgesinin (X) süreyle geri alınmasına,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(X) TL para cezası kesilmesine, ilişkin işlemin iptaline,</w:t>
      </w:r>
    </w:p>
    <w:p>
      <w:pPr>
        <w:widowControl/>
        <w:ind w:left="255" w:hanging="255"/>
        <w:jc w:val="left"/>
      </w:pPr>
      <w:r>
        <w:t xml:space="preserve">3. </w:t>
      </w:r>
      <w:r>
        <w:rPr>
          <w:b w:val="0"/>
          <w:i w:val="0"/>
          <w:u w:val="none"/>
        </w:rPr>
        <w:t>Yargılama giderleri ve vekalet ücretinin karşı tarafa yükletilmesine, karar verilmesini saygıyla talep ederiz.</w:t>
      </w:r>
    </w:p>
    <w:p>
      <w:pPr>
        <w:widowControl/>
        <w:jc w:val="left"/>
      </w:pPr>
      <w:r>
        <w:rPr>
          <w:b/>
          <w:i w:val="0"/>
          <w:u w:val="none"/>
        </w:rPr>
        <w:t>(Tarih)</w:t>
      </w:r>
    </w:p>
    <w:p>
      <w:pPr>
        <w:widowControl/>
        <w:jc w:val="left"/>
      </w:pPr>
      <w:r>
        <w:rPr>
          <w:b/>
          <w:i w:val="0"/>
          <w:u w:val="none"/>
        </w:rPr>
        <w:t>İtiraz Eden / Vekili</w:t>
      </w:r>
    </w:p>
    <w:p>
      <w:pPr>
        <w:widowControl/>
        <w:jc w:val="left"/>
      </w:pPr>
      <w:r>
        <w:rPr>
          <w:b/>
          <w:i w:val="0"/>
          <w:u w:val="none"/>
        </w:rPr>
        <w:t>(İmza)</w:t>
      </w:r>
    </w:p>
    <w:p>
      <w:pPr>
        <w:keepNext/>
        <w:widowControl/>
        <w:jc w:val="left"/>
      </w:pPr>
      <w:r>
        <w:rPr>
          <w:b/>
          <w:i w:val="0"/>
          <w:u w:val="none"/>
        </w:rPr>
        <w:t>EKLER: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Alkolmetre tutanağı fotokopisi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Hastane kan testi sonucu</w:t>
      </w:r>
    </w:p>
    <w:p>
      <w:pPr>
        <w:widowControl/>
        <w:ind w:left="255" w:hanging="255"/>
        <w:jc w:val="left"/>
      </w:pPr>
      <w:r>
        <w:t xml:space="preserve">3. </w:t>
      </w:r>
      <w:r>
        <w:rPr>
          <w:b w:val="0"/>
          <w:i w:val="0"/>
          <w:u w:val="none"/>
        </w:rPr>
        <w:t>Vekaletname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Alkollü Araç Kullanmaktan Ehliyet Kaptırma Geri Alma Dilekçe Örneği</dc:title>
  <dc:subject>https://kadimhukuk.com.tr/makale/alkollu-arac-kullanmaktan-ehliyet-kaptirma-geri-alma/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