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Adli Sicil Kaydının Silinmesi Dilekçe Örneği</w:t>
      </w:r>
    </w:p>
    <w:p>
      <w:pPr>
        <w:widowControl/>
        <w:jc w:val="left"/>
      </w:pPr>
      <w:r>
        <w:rPr>
          <w:b/>
          <w:i w:val="0"/>
          <w:u w:val="none"/>
        </w:rPr>
        <w:t>T.C. Adalet Bakanlığı Adli Sicil ve İstatistik Genel Müdürlüğü’ne</w:t>
      </w:r>
    </w:p>
    <w:p>
      <w:pPr>
        <w:widowControl/>
        <w:jc w:val="left"/>
      </w:pPr>
      <w:r>
        <w:rPr>
          <w:b/>
          <w:i w:val="0"/>
          <w:u w:val="none"/>
        </w:rPr>
        <w:t>İstemde Bulunan :</w:t>
      </w:r>
      <w:r>
        <w:rPr>
          <w:b w:val="0"/>
          <w:i w:val="0"/>
          <w:u w:val="none"/>
        </w:rPr>
        <w:t xml:space="preserve"> </w:t>
      </w:r>
      <w:r>
        <w:rPr>
          <w:b/>
          <w:i w:val="0"/>
          <w:u w:val="none"/>
        </w:rPr>
        <w:t>Ad-Soyad (T.C.:) (Adres)</w:t>
      </w:r>
    </w:p>
    <w:p>
      <w:pPr>
        <w:widowControl/>
        <w:jc w:val="left"/>
      </w:pPr>
      <w:r>
        <w:rPr>
          <w:b/>
          <w:i w:val="0"/>
          <w:u w:val="none"/>
        </w:rPr>
        <w:t>Vekili:</w:t>
      </w:r>
      <w:r>
        <w:rPr>
          <w:b w:val="0"/>
          <w:i w:val="0"/>
          <w:u w:val="none"/>
        </w:rPr>
        <w:t xml:space="preserve"> </w:t>
      </w:r>
      <w:r>
        <w:rPr>
          <w:b/>
          <w:i w:val="0"/>
          <w:u w:val="none"/>
        </w:rPr>
        <w:t>Av. Umur YILDIRIM</w:t>
      </w:r>
    </w:p>
    <w:p>
      <w:pPr>
        <w:widowControl/>
        <w:jc w:val="left"/>
      </w:pPr>
      <w:r>
        <w:rPr>
          <w:b w:val="0"/>
          <w:i w:val="0"/>
          <w:u w:val="none"/>
        </w:rPr>
        <w:t>Söğütözü Mah. Söğütözü Cad. Koç Kuleleri No:2/b/7 Çankaya/ANKARA</w:t>
      </w:r>
    </w:p>
    <w:p>
      <w:pPr>
        <w:widowControl/>
        <w:jc w:val="left"/>
      </w:pPr>
      <w:r>
        <w:rPr>
          <w:b/>
          <w:i w:val="0"/>
          <w:u w:val="none"/>
        </w:rPr>
        <w:t>Konu:</w:t>
      </w:r>
      <w:r>
        <w:rPr>
          <w:b w:val="0"/>
          <w:i w:val="0"/>
          <w:u w:val="none"/>
        </w:rPr>
        <w:t xml:space="preserve"> Adli sicil kaydının silinmesi talebimizi havidir.</w:t>
      </w:r>
    </w:p>
    <w:p>
      <w:pPr>
        <w:widowControl/>
        <w:jc w:val="left"/>
      </w:pPr>
      <w:r>
        <w:rPr>
          <w:b/>
          <w:i w:val="0"/>
          <w:u w:val="none"/>
        </w:rPr>
        <w:t>Açıklama:</w:t>
      </w:r>
    </w:p>
    <w:p>
      <w:pPr>
        <w:widowControl/>
        <w:jc w:val="left"/>
      </w:pPr>
      <w:r>
        <w:rPr>
          <w:b w:val="0"/>
          <w:i w:val="0"/>
          <w:u w:val="none"/>
        </w:rPr>
        <w:t>Müvekkile ait adli sicil kaydında;</w:t>
      </w:r>
    </w:p>
    <w:p>
      <w:pPr>
        <w:widowControl/>
        <w:ind w:left="255" w:hanging="255"/>
        <w:jc w:val="left"/>
      </w:pPr>
      <w:r>
        <w:t xml:space="preserve">• </w:t>
      </w:r>
      <w:r>
        <w:rPr>
          <w:b w:val="0"/>
          <w:i w:val="0"/>
          <w:u w:val="none"/>
        </w:rPr>
        <w:t>“1 C : 111111111111111111111 01.05.2014 5237 86/2 62/1 52/2 52/4. ANKARA; 10.ASLCM 1000 P. 12/10/2020 2020/*** 2020/*** 12/10/2020”</w:t>
      </w:r>
    </w:p>
    <w:p>
      <w:pPr>
        <w:widowControl/>
        <w:jc w:val="left"/>
      </w:pPr>
      <w:r>
        <w:rPr>
          <w:b w:val="0"/>
          <w:i w:val="0"/>
          <w:u w:val="none"/>
        </w:rPr>
        <w:t>şeklinde belirtilen cezasına ilişkin kayıt yerine getirilmiştir. Yerine getirme fişleri ekte yer almaktadır.</w:t>
      </w:r>
    </w:p>
    <w:p>
      <w:pPr>
        <w:widowControl/>
        <w:jc w:val="left"/>
      </w:pPr>
      <w:r>
        <w:rPr>
          <w:b w:val="0"/>
          <w:i w:val="0"/>
          <w:u w:val="none"/>
        </w:rPr>
        <w:t xml:space="preserve">Adli sicil kaydında görüleceği üzere müvekkilin aldığı ceza infaz edilmiş durumdadır. Mahkeme tarafından verilen tüm cezalar infaz edilmiş ve gerekli tüm yasal süreler geçmiş olmasına rağmen </w:t>
      </w:r>
      <w:r>
        <w:rPr>
          <w:b/>
          <w:i w:val="0"/>
          <w:u w:val="none"/>
        </w:rPr>
        <w:t>sabıka kaydı</w:t>
      </w:r>
      <w:r>
        <w:rPr>
          <w:b w:val="0"/>
          <w:i w:val="0"/>
          <w:u w:val="none"/>
        </w:rPr>
        <w:t xml:space="preserve">nda halen bu cezalara dair bilgiler görünmektedir. </w:t>
      </w:r>
      <w:r>
        <w:rPr>
          <w:b/>
          <w:i w:val="0"/>
          <w:u w:val="none"/>
        </w:rPr>
        <w:t>Adli sicil kaydı</w:t>
      </w:r>
      <w:r>
        <w:rPr>
          <w:b w:val="0"/>
          <w:i w:val="0"/>
          <w:u w:val="none"/>
        </w:rPr>
        <w:t>nda bu bilgilerin olması müvekkilin hem iş hayatını hem de diğer sosyal hayatını olumsuz etkilemektedir. Resmi ve özel yapacağı herhangi bir işlemde hak kaybına ve mağduriyete yol açmaması için adli sicil kaydında görülen sabıka kaydının silinmesini talep ediyoruz.</w:t>
      </w:r>
    </w:p>
    <w:p>
      <w:pPr>
        <w:widowControl/>
        <w:jc w:val="left"/>
      </w:pPr>
      <w:r>
        <w:rPr>
          <w:b/>
          <w:i w:val="0"/>
          <w:u w:val="none"/>
        </w:rPr>
        <w:t>Sonuç Ve İstem:</w:t>
      </w:r>
      <w:r>
        <w:rPr>
          <w:b w:val="0"/>
          <w:i w:val="0"/>
          <w:u w:val="none"/>
        </w:rPr>
        <w:t xml:space="preserve"> Yukarıda açıklanan nedenlerden dolayı Adil Sicil Kaydında yer alan tüm kayıtların, meselenin kişisel önemi ve aciliyeti de göz önünde bulundurularak Adli Sicil Kayıtlarından silinmesine karar verilmesini saygılarımızla vekaleten arz ve talep ederiz</w:t>
      </w:r>
      <w:r>
        <w:rPr>
          <w:b/>
          <w:i w:val="0"/>
          <w:u w:val="none"/>
        </w:rPr>
        <w:t>.</w:t>
      </w:r>
    </w:p>
    <w:p>
      <w:pPr>
        <w:widowControl/>
        <w:jc w:val="left"/>
      </w:pPr>
      <w:r>
        <w:rPr>
          <w:b/>
          <w:i w:val="0"/>
          <w:u w:val="none"/>
        </w:rPr>
        <w:t>İstemde Bulunan Vekili</w:t>
      </w:r>
    </w:p>
    <w:p>
      <w:pPr>
        <w:widowControl/>
        <w:jc w:val="left"/>
      </w:pPr>
      <w:r>
        <w:rPr>
          <w:b/>
          <w:i w:val="0"/>
          <w:u w:val="none"/>
        </w:rPr>
        <w:t>Av. Umur YILDIRIM</w:t>
      </w:r>
    </w:p>
    <w:p>
      <w:pPr>
        <w:widowControl/>
        <w:jc w:val="left"/>
      </w:pPr>
      <w:r>
        <w:rPr>
          <w:b/>
          <w:i w:val="0"/>
          <w:u w:val="none"/>
        </w:rPr>
        <w:t>Ek:</w:t>
      </w:r>
    </w:p>
    <w:p>
      <w:pPr>
        <w:widowControl/>
        <w:ind w:left="255" w:hanging="255"/>
        <w:jc w:val="left"/>
      </w:pPr>
      <w:r>
        <w:t xml:space="preserve">1. </w:t>
      </w:r>
      <w:r>
        <w:rPr>
          <w:b w:val="0"/>
          <w:i w:val="0"/>
          <w:u w:val="none"/>
        </w:rPr>
        <w:t>Adli Sicil Kaydı Yerine Getirme Fişi</w:t>
      </w:r>
    </w:p>
    <w:p>
      <w:pPr>
        <w:widowControl/>
        <w:ind w:left="255" w:hanging="255"/>
        <w:jc w:val="left"/>
      </w:pPr>
      <w:r>
        <w:t xml:space="preserve">2. </w:t>
      </w:r>
      <w:r>
        <w:rPr>
          <w:b w:val="0"/>
          <w:i w:val="0"/>
          <w:u w:val="none"/>
        </w:rPr>
        <w:t>Adli Sicil Sildirme Üst yazı Dilekçesi</w:t>
      </w:r>
    </w:p>
    <w:p>
      <w:pPr>
        <w:widowControl/>
        <w:ind w:left="255" w:hanging="255"/>
        <w:jc w:val="left"/>
      </w:pPr>
      <w:r>
        <w:t xml:space="preserve">3. </w:t>
      </w:r>
      <w:r>
        <w:rPr>
          <w:b w:val="0"/>
          <w:i w:val="0"/>
          <w:u w:val="none"/>
        </w:rPr>
        <w:t>Onanmış Vekaletname ve yetki belgesi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Adli Sicil Kaydının Silinmesi Dilekçe Örneği</dc:title>
  <dc:subject>https://kadimhukuk.com.tr/makale/adli-sicil-kaydinin-silinmesi-dilekce-ornegi/</dc:subject>
  <dc:creator>Kadim Hukuk</dc:creator>
  <cp:keywords/>
  <dc:description/>
  <cp:lastModifiedBy/>
  <cp:revision>1</cp:revision>
  <dcterms:created xsi:type="dcterms:W3CDTF">2013-12-23T23:15:00Z</dcterms:created>
  <dcterms:modified xsi:type="dcterms:W3CDTF">2013-12-23T23:15:00Z</dcterms:modified>
  <cp:category/>
</cp:coreProperties>
</file>