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Adli Sicil Kaydı Sildirme Dilekçesi Örneği</w:t>
      </w:r>
    </w:p>
    <w:p>
      <w:pPr>
        <w:widowControl/>
        <w:jc w:val="left"/>
      </w:pPr>
      <w:r>
        <w:rPr>
          <w:b/>
          <w:i w:val="0"/>
          <w:u w:val="none"/>
        </w:rPr>
        <w:t>ADLİ SİCİL VE İSTATİSTİK GENEL MÜDÜRLÜĞÜNE</w:t>
      </w:r>
    </w:p>
    <w:p>
      <w:pPr>
        <w:widowControl/>
        <w:jc w:val="left"/>
      </w:pPr>
      <w:r>
        <w:rPr>
          <w:b w:val="0"/>
          <w:i w:val="0"/>
          <w:u w:val="none"/>
        </w:rPr>
        <w:t>Adli sicil/arşiv kaydımın silinmesini saygılarımla arz ve talep ederim.</w:t>
      </w:r>
    </w:p>
    <w:p>
      <w:pPr>
        <w:widowControl/>
        <w:jc w:val="left"/>
      </w:pPr>
      <w:r>
        <w:rPr>
          <w:b w:val="0"/>
          <w:i w:val="0"/>
          <w:u w:val="none"/>
        </w:rPr>
        <w:t>…. / …. / …..</w:t>
      </w:r>
    </w:p>
    <w:p>
      <w:pPr>
        <w:widowControl/>
        <w:jc w:val="left"/>
      </w:pPr>
      <w:r>
        <w:rPr>
          <w:b w:val="0"/>
          <w:i w:val="0"/>
          <w:u w:val="none"/>
        </w:rPr>
        <w:t>Adı ve Soyadı</w:t>
      </w:r>
    </w:p>
    <w:p>
      <w:pPr>
        <w:widowControl/>
        <w:jc w:val="left"/>
      </w:pPr>
      <w:r>
        <w:rPr>
          <w:b w:val="0"/>
          <w:i w:val="0"/>
          <w:u w:val="none"/>
        </w:rPr>
        <w:t>İmza</w:t>
      </w:r>
    </w:p>
    <w:p>
      <w:pPr>
        <w:widowControl/>
        <w:jc w:val="left"/>
      </w:pPr>
      <w:r>
        <w:rPr>
          <w:b/>
          <w:i w:val="0"/>
          <w:u w:val="single"/>
        </w:rPr>
        <w:t>Kimlik Bilgileri:</w:t>
      </w:r>
    </w:p>
    <w:p>
      <w:pPr>
        <w:widowControl/>
        <w:jc w:val="left"/>
      </w:pPr>
      <w:r>
        <w:rPr>
          <w:b/>
          <w:i w:val="0"/>
          <w:u w:val="none"/>
        </w:rPr>
        <w:t>T.C. No: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none"/>
        </w:rPr>
        <w:t>Adı: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none"/>
        </w:rPr>
        <w:t>Soyadı: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none"/>
        </w:rPr>
        <w:t>Ana Adı: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none"/>
        </w:rPr>
        <w:t>Baba Adı: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none"/>
        </w:rPr>
        <w:t>Doğum Yeri: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none"/>
        </w:rPr>
        <w:t>Doğum Tarihi: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single"/>
        </w:rPr>
        <w:t>İletişim bilgileri</w:t>
      </w:r>
    </w:p>
    <w:p>
      <w:pPr>
        <w:widowControl/>
        <w:jc w:val="left"/>
      </w:pPr>
      <w:r>
        <w:rPr>
          <w:b/>
          <w:i w:val="0"/>
          <w:u w:val="none"/>
        </w:rPr>
        <w:t>Telefon</w:t>
      </w:r>
      <w:r>
        <w:rPr>
          <w:b w:val="0"/>
          <w:i w:val="0"/>
          <w:u w:val="none"/>
        </w:rPr>
        <w:t>: …</w:t>
      </w:r>
    </w:p>
    <w:p>
      <w:pPr>
        <w:widowControl/>
        <w:jc w:val="left"/>
      </w:pPr>
      <w:r>
        <w:rPr>
          <w:b w:val="0"/>
          <w:i w:val="0"/>
          <w:u w:val="none"/>
        </w:rPr>
        <w:t>(SMS ile bilgi talep edildiği takdirde lütfen telefon numaranızı yazınız.)</w:t>
      </w:r>
    </w:p>
    <w:p>
      <w:pPr>
        <w:widowControl/>
        <w:jc w:val="left"/>
      </w:pPr>
      <w:r>
        <w:rPr>
          <w:b/>
          <w:i w:val="0"/>
          <w:u w:val="none"/>
        </w:rPr>
        <w:t>Adres:</w:t>
      </w:r>
      <w:r>
        <w:rPr>
          <w:b w:val="0"/>
          <w:i w:val="0"/>
          <w:u w:val="none"/>
        </w:rPr>
        <w:t xml:space="preserve"> …</w:t>
      </w:r>
    </w:p>
    <w:p>
      <w:pPr>
        <w:widowControl/>
        <w:jc w:val="left"/>
      </w:pPr>
      <w:r>
        <w:rPr>
          <w:b/>
          <w:i w:val="0"/>
          <w:u w:val="none"/>
        </w:rPr>
        <w:t xml:space="preserve">Not: </w:t>
      </w:r>
      <w:r>
        <w:rPr>
          <w:b w:val="0"/>
          <w:i w:val="0"/>
          <w:u w:val="none"/>
        </w:rPr>
        <w:t>Başvuru dilekçesine nüfus cüzdanı veya sürücü belgesi fotokopisi ile varsa adlî sicil kayıt örneği (elinizde mevcut ise) eklenmesi gerekmektedir.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Sicil Kaydı Sildirme Dilekçesi Örneği</dc:title>
  <dc:subject>https://kadimhukuk.com.tr/makale/adli-sicil-kaydi-sildirme-sabika-arsiv/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